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99CE0" w14:textId="0A7002BB" w:rsidR="0068641A" w:rsidRPr="008D2F90" w:rsidRDefault="005675F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Hlk243251649"/>
      <w:r>
        <w:rPr>
          <w:rFonts w:ascii="Times New Roman" w:hAnsi="Times New Roman" w:cs="Times New Roman"/>
          <w:sz w:val="28"/>
          <w:szCs w:val="28"/>
          <w:lang w:val="ru-RU"/>
        </w:rPr>
        <w:t>КГУ «ООШ №1 п. Аршалы»</w:t>
      </w:r>
    </w:p>
    <w:p w14:paraId="0FC438A3" w14:textId="77777777" w:rsidR="0068641A" w:rsidRPr="008D2F90" w:rsidRDefault="008642A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D2F90">
        <w:rPr>
          <w:rFonts w:ascii="Times New Roman" w:hAnsi="Times New Roman" w:cs="Times New Roman"/>
          <w:b/>
          <w:color w:val="1F4E79"/>
          <w:sz w:val="28"/>
          <w:szCs w:val="28"/>
          <w:lang w:val="ru-RU"/>
        </w:rPr>
        <w:t>КРАТКОСРОЧНЫЙ ПЛАН УРОКА (КСП)</w:t>
      </w:r>
    </w:p>
    <w:p w14:paraId="7FA6BD29" w14:textId="0C7E059F" w:rsidR="0068641A" w:rsidRPr="008D2F90" w:rsidRDefault="008642AC" w:rsidP="005C6D6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D2F90">
        <w:rPr>
          <w:rFonts w:ascii="Times New Roman" w:hAnsi="Times New Roman" w:cs="Times New Roman"/>
          <w:b/>
          <w:sz w:val="28"/>
          <w:szCs w:val="28"/>
          <w:lang w:val="ru-RU"/>
        </w:rPr>
        <w:t>Урок № 7. «Чем животные отличаются друг от друга»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8442"/>
      </w:tblGrid>
      <w:tr w:rsidR="0068641A" w:rsidRPr="008D2F90" w14:paraId="5E201E6F" w14:textId="77777777" w:rsidTr="005C6D67">
        <w:trPr>
          <w:jc w:val="center"/>
        </w:trPr>
        <w:tc>
          <w:tcPr>
            <w:tcW w:w="2268" w:type="dxa"/>
            <w:shd w:val="clear" w:color="auto" w:fill="DDEBF7"/>
          </w:tcPr>
          <w:p w14:paraId="3AB3CC00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Times New Roman" w:hAnsi="Times New Roman" w:cs="Times New Roman"/>
                <w:b/>
                <w:sz w:val="28"/>
                <w:szCs w:val="28"/>
              </w:rPr>
              <w:t>Раздел</w:t>
            </w:r>
          </w:p>
        </w:tc>
        <w:tc>
          <w:tcPr>
            <w:tcW w:w="8442" w:type="dxa"/>
          </w:tcPr>
          <w:p w14:paraId="1EA5EA74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</w:rPr>
              <w:t>2. «Живая природа»</w:t>
            </w:r>
          </w:p>
        </w:tc>
      </w:tr>
      <w:tr w:rsidR="0068641A" w:rsidRPr="008D2F90" w14:paraId="4A9BA423" w14:textId="77777777" w:rsidTr="005C6D67">
        <w:trPr>
          <w:jc w:val="center"/>
        </w:trPr>
        <w:tc>
          <w:tcPr>
            <w:tcW w:w="2268" w:type="dxa"/>
            <w:shd w:val="clear" w:color="auto" w:fill="DDEBF7"/>
          </w:tcPr>
          <w:p w14:paraId="113C6E4E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8442" w:type="dxa"/>
            <w:shd w:val="clear" w:color="auto" w:fill="F7FBFD"/>
          </w:tcPr>
          <w:p w14:paraId="566061FA" w14:textId="7BC8EE33" w:rsidR="0068641A" w:rsidRPr="00580159" w:rsidRDefault="00580159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Естествознание</w:t>
            </w:r>
          </w:p>
        </w:tc>
      </w:tr>
      <w:tr w:rsidR="0068641A" w:rsidRPr="008D2F90" w14:paraId="5D9C04BB" w14:textId="77777777" w:rsidTr="005C6D67">
        <w:trPr>
          <w:jc w:val="center"/>
        </w:trPr>
        <w:tc>
          <w:tcPr>
            <w:tcW w:w="2268" w:type="dxa"/>
            <w:shd w:val="clear" w:color="auto" w:fill="DDEBF7"/>
          </w:tcPr>
          <w:p w14:paraId="4FF4B745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8442" w:type="dxa"/>
          </w:tcPr>
          <w:p w14:paraId="7A27A2C3" w14:textId="657CE53A" w:rsidR="0068641A" w:rsidRPr="005675F8" w:rsidRDefault="005675F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19.10.26 год</w:t>
            </w:r>
          </w:p>
        </w:tc>
      </w:tr>
      <w:tr w:rsidR="0068641A" w:rsidRPr="008D2F90" w14:paraId="593B5C16" w14:textId="77777777" w:rsidTr="005C6D67">
        <w:trPr>
          <w:jc w:val="center"/>
        </w:trPr>
        <w:tc>
          <w:tcPr>
            <w:tcW w:w="2268" w:type="dxa"/>
            <w:shd w:val="clear" w:color="auto" w:fill="DDEBF7"/>
          </w:tcPr>
          <w:p w14:paraId="456E575F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Times New Roman" w:hAnsi="Times New Roman" w:cs="Times New Roman"/>
                <w:b/>
                <w:sz w:val="28"/>
                <w:szCs w:val="28"/>
              </w:rPr>
              <w:t>ФИО педагога</w:t>
            </w:r>
          </w:p>
        </w:tc>
        <w:tc>
          <w:tcPr>
            <w:tcW w:w="8442" w:type="dxa"/>
            <w:shd w:val="clear" w:color="auto" w:fill="F7FBFD"/>
          </w:tcPr>
          <w:p w14:paraId="351A9E65" w14:textId="20E86E44" w:rsidR="0068641A" w:rsidRPr="005675F8" w:rsidRDefault="005675F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Миргалимова Л.В.</w:t>
            </w:r>
          </w:p>
        </w:tc>
      </w:tr>
      <w:tr w:rsidR="0068641A" w:rsidRPr="008D2F90" w14:paraId="73C576D1" w14:textId="77777777" w:rsidTr="005C6D67">
        <w:trPr>
          <w:jc w:val="center"/>
        </w:trPr>
        <w:tc>
          <w:tcPr>
            <w:tcW w:w="2268" w:type="dxa"/>
            <w:shd w:val="clear" w:color="auto" w:fill="DDEBF7"/>
          </w:tcPr>
          <w:p w14:paraId="55489833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8442" w:type="dxa"/>
          </w:tcPr>
          <w:p w14:paraId="5D03BF0E" w14:textId="4DA4AD3B" w:rsidR="0068641A" w:rsidRPr="005675F8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</w:rPr>
              <w:t xml:space="preserve">2    Присутствуют: </w:t>
            </w:r>
            <w:r w:rsidR="005675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  <w:r w:rsidRPr="008D2F90">
              <w:rPr>
                <w:rFonts w:ascii="Times New Roman" w:hAnsi="Times New Roman" w:cs="Times New Roman"/>
                <w:sz w:val="28"/>
                <w:szCs w:val="28"/>
              </w:rPr>
              <w:t xml:space="preserve">   Отсутствуют: </w:t>
            </w:r>
            <w:r w:rsidR="005675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68641A" w:rsidRPr="00580159" w14:paraId="5A607A30" w14:textId="77777777" w:rsidTr="005C6D67">
        <w:trPr>
          <w:jc w:val="center"/>
        </w:trPr>
        <w:tc>
          <w:tcPr>
            <w:tcW w:w="2268" w:type="dxa"/>
            <w:shd w:val="clear" w:color="auto" w:fill="DDEBF7"/>
          </w:tcPr>
          <w:p w14:paraId="796C1DFE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8442" w:type="dxa"/>
            <w:shd w:val="clear" w:color="auto" w:fill="F7FBFD"/>
          </w:tcPr>
          <w:p w14:paraId="43C79308" w14:textId="77777777" w:rsidR="0068641A" w:rsidRPr="005675F8" w:rsidRDefault="008642AC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5675F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Чем животные отличаются друг от друга</w:t>
            </w:r>
          </w:p>
        </w:tc>
      </w:tr>
      <w:tr w:rsidR="0068641A" w:rsidRPr="00580159" w14:paraId="6A8CA7C4" w14:textId="77777777" w:rsidTr="005C6D67">
        <w:trPr>
          <w:jc w:val="center"/>
        </w:trPr>
        <w:tc>
          <w:tcPr>
            <w:tcW w:w="2268" w:type="dxa"/>
            <w:shd w:val="clear" w:color="auto" w:fill="DDEBF7"/>
          </w:tcPr>
          <w:p w14:paraId="423C6CF0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Times New Roman" w:hAnsi="Times New Roman" w:cs="Times New Roman"/>
                <w:b/>
                <w:sz w:val="28"/>
                <w:szCs w:val="28"/>
              </w:rPr>
              <w:t>Цели обучения</w:t>
            </w:r>
          </w:p>
        </w:tc>
        <w:tc>
          <w:tcPr>
            <w:tcW w:w="8442" w:type="dxa"/>
          </w:tcPr>
          <w:p w14:paraId="232C0370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2.2.2.1 — различать представителей классов животных: насекомые, рыбы, земноводные, пресмыкающиеся, птицы и млекопитающие;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2.2.2.3 — объяснять способы размножения животных.</w:t>
            </w:r>
          </w:p>
        </w:tc>
      </w:tr>
      <w:tr w:rsidR="0068641A" w:rsidRPr="00580159" w14:paraId="0C7D132F" w14:textId="77777777" w:rsidTr="005C6D67">
        <w:trPr>
          <w:jc w:val="center"/>
        </w:trPr>
        <w:tc>
          <w:tcPr>
            <w:tcW w:w="2268" w:type="dxa"/>
            <w:shd w:val="clear" w:color="auto" w:fill="DDEBF7"/>
          </w:tcPr>
          <w:p w14:paraId="310D005E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Times New Roman" w:hAnsi="Times New Roman" w:cs="Times New Roman"/>
                <w:b/>
                <w:sz w:val="28"/>
                <w:szCs w:val="28"/>
              </w:rPr>
              <w:t>Цель урока</w:t>
            </w:r>
          </w:p>
        </w:tc>
        <w:tc>
          <w:tcPr>
            <w:tcW w:w="8442" w:type="dxa"/>
            <w:shd w:val="clear" w:color="auto" w:fill="F7FBFD"/>
          </w:tcPr>
          <w:p w14:paraId="5AD3DAC8" w14:textId="697FD4CB" w:rsidR="0068641A" w:rsidRPr="008D2F90" w:rsidRDefault="008D2F90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Организовать деятельность учащихся, направленную на формирование умения различать представителей классов животных и объяснять способы их размножения.</w:t>
            </w:r>
          </w:p>
        </w:tc>
      </w:tr>
      <w:tr w:rsidR="0068641A" w:rsidRPr="00580159" w14:paraId="3D90A6CB" w14:textId="77777777" w:rsidTr="005C6D67">
        <w:trPr>
          <w:jc w:val="center"/>
        </w:trPr>
        <w:tc>
          <w:tcPr>
            <w:tcW w:w="2268" w:type="dxa"/>
            <w:shd w:val="clear" w:color="auto" w:fill="DDEBF7"/>
          </w:tcPr>
          <w:p w14:paraId="69B8F7B4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Times New Roman" w:hAnsi="Times New Roman" w:cs="Times New Roman"/>
                <w:b/>
                <w:sz w:val="28"/>
                <w:szCs w:val="28"/>
              </w:rPr>
              <w:t>Ценности</w:t>
            </w:r>
          </w:p>
        </w:tc>
        <w:tc>
          <w:tcPr>
            <w:tcW w:w="8442" w:type="dxa"/>
            <w:shd w:val="clear" w:color="auto" w:fill="F7FBFD"/>
          </w:tcPr>
          <w:p w14:paraId="78039C50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Любознательность, сотрудничество, бережное отношение к животным.</w:t>
            </w:r>
          </w:p>
        </w:tc>
      </w:tr>
    </w:tbl>
    <w:p w14:paraId="27F33CCA" w14:textId="54A7BE92" w:rsidR="0068641A" w:rsidRPr="008D2F90" w:rsidRDefault="008642AC" w:rsidP="005C6D67">
      <w:pPr>
        <w:pStyle w:val="1"/>
        <w:jc w:val="center"/>
        <w:rPr>
          <w:rFonts w:ascii="Times New Roman" w:hAnsi="Times New Roman" w:cs="Times New Roman"/>
        </w:rPr>
      </w:pPr>
      <w:r w:rsidRPr="008D2F90">
        <w:rPr>
          <w:rFonts w:ascii="Times New Roman" w:hAnsi="Times New Roman" w:cs="Times New Roman"/>
        </w:rPr>
        <w:t>Ход урока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60"/>
        <w:gridCol w:w="4911"/>
        <w:gridCol w:w="1701"/>
        <w:gridCol w:w="1559"/>
        <w:gridCol w:w="1666"/>
      </w:tblGrid>
      <w:tr w:rsidR="005C6D67" w:rsidRPr="008D2F90" w14:paraId="73C3C9AC" w14:textId="77777777" w:rsidTr="005C6D67">
        <w:trPr>
          <w:tblHeader/>
          <w:jc w:val="center"/>
        </w:trPr>
        <w:tc>
          <w:tcPr>
            <w:tcW w:w="1860" w:type="dxa"/>
            <w:shd w:val="clear" w:color="auto" w:fill="1F4E79"/>
          </w:tcPr>
          <w:p w14:paraId="396FDC16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Этап / время</w:t>
            </w:r>
          </w:p>
        </w:tc>
        <w:tc>
          <w:tcPr>
            <w:tcW w:w="4911" w:type="dxa"/>
            <w:shd w:val="clear" w:color="auto" w:fill="1F4E79"/>
          </w:tcPr>
          <w:p w14:paraId="135B1581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Деятельность педагога</w:t>
            </w:r>
          </w:p>
        </w:tc>
        <w:tc>
          <w:tcPr>
            <w:tcW w:w="1701" w:type="dxa"/>
            <w:shd w:val="clear" w:color="auto" w:fill="1F4E79"/>
          </w:tcPr>
          <w:p w14:paraId="2854C3B7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Деятельность учащихся</w:t>
            </w:r>
          </w:p>
        </w:tc>
        <w:tc>
          <w:tcPr>
            <w:tcW w:w="1559" w:type="dxa"/>
            <w:shd w:val="clear" w:color="auto" w:fill="1F4E79"/>
          </w:tcPr>
          <w:p w14:paraId="56E512C1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Оценивание</w:t>
            </w:r>
          </w:p>
        </w:tc>
        <w:tc>
          <w:tcPr>
            <w:tcW w:w="1666" w:type="dxa"/>
            <w:shd w:val="clear" w:color="auto" w:fill="1F4E79"/>
          </w:tcPr>
          <w:p w14:paraId="2D0D56B3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Ресурсы</w:t>
            </w:r>
          </w:p>
        </w:tc>
      </w:tr>
      <w:tr w:rsidR="005C6D67" w:rsidRPr="00580159" w14:paraId="1FDA8ABE" w14:textId="77777777" w:rsidTr="005C6D67">
        <w:trPr>
          <w:jc w:val="center"/>
        </w:trPr>
        <w:tc>
          <w:tcPr>
            <w:tcW w:w="1860" w:type="dxa"/>
            <w:shd w:val="clear" w:color="auto" w:fill="DDEBF7"/>
          </w:tcPr>
          <w:p w14:paraId="391CB19D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1. Вход в сюжет</w:t>
            </w:r>
            <w:r w:rsidRPr="008D2F9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br/>
              <w:t>0–4 мин</w:t>
            </w:r>
            <w:r w:rsidRPr="008D2F9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br/>
              <w:t>«Сообщение ЗООБОТА»</w:t>
            </w:r>
          </w:p>
        </w:tc>
        <w:tc>
          <w:tcPr>
            <w:tcW w:w="4911" w:type="dxa"/>
          </w:tcPr>
          <w:p w14:paraId="422CACED" w14:textId="77777777" w:rsidR="005C6D67" w:rsidRPr="005675F8" w:rsidRDefault="005C6D67" w:rsidP="005C6D67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5675F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«ВХОДЯЩЕЕ СООБЩЕНИЕ…»</w:t>
            </w:r>
          </w:p>
          <w:p w14:paraId="67100CCE" w14:textId="77777777" w:rsidR="005C6D67" w:rsidRPr="005C6D67" w:rsidRDefault="005C6D67" w:rsidP="005C6D67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5C6D67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Ребята, кажется, кто-то хочет с нами связаться! Давайте посмотрим, кто это…</w:t>
            </w:r>
          </w:p>
          <w:p w14:paraId="14A35C23" w14:textId="77777777" w:rsidR="005C6D67" w:rsidRPr="008D2F90" w:rsidRDefault="005C6D67" w:rsidP="005C6D67">
            <w:pPr>
              <w:spacing w:before="20" w:after="20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На экране появляется робот ЗООБОТ.</w:t>
            </w:r>
          </w:p>
          <w:p w14:paraId="543E14CE" w14:textId="77777777" w:rsidR="005C6D67" w:rsidRPr="00225C2D" w:rsidRDefault="005C6D67" w:rsidP="005C6D67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— Пи-пи-пи! Здравствуйте, юные друзья! Мне срочно нужна ваша помощь! </w:t>
            </w:r>
            <w:r w:rsidRPr="00225C2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 меня произошла невероятная путаница…</w:t>
            </w:r>
          </w:p>
          <w:p w14:paraId="1CD69DB1" w14:textId="19585F4D" w:rsidR="005C6D67" w:rsidRPr="008D2F90" w:rsidRDefault="005C6D67" w:rsidP="005C6D67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— Что же случилось? Давайте узнаем!</w:t>
            </w:r>
          </w:p>
        </w:tc>
        <w:tc>
          <w:tcPr>
            <w:tcW w:w="1701" w:type="dxa"/>
          </w:tcPr>
          <w:p w14:paraId="5CCEFCE3" w14:textId="77777777" w:rsidR="0068641A" w:rsidRPr="008D2F90" w:rsidRDefault="005C6D67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Приветствуют учителя, готовятся к уроку.</w:t>
            </w:r>
          </w:p>
          <w:p w14:paraId="2485EE48" w14:textId="77777777" w:rsidR="005C6D67" w:rsidRPr="008D2F90" w:rsidRDefault="005C6D67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DA92D38" w14:textId="77777777" w:rsidR="005C6D67" w:rsidRPr="008D2F90" w:rsidRDefault="005C6D67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Улыбаются одноклассникам и гостям, настраиваются на совместную работу.</w:t>
            </w:r>
          </w:p>
          <w:p w14:paraId="58D9939B" w14:textId="77777777" w:rsidR="005C6D67" w:rsidRPr="008D2F90" w:rsidRDefault="005C6D67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59D9A29" w14:textId="77777777" w:rsidR="005C6D67" w:rsidRPr="008D2F90" w:rsidRDefault="005C6D67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1A52A68" w14:textId="77777777" w:rsidR="005C6D67" w:rsidRPr="008D2F90" w:rsidRDefault="005C6D67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A221AC9" w14:textId="77777777" w:rsidR="005C6D67" w:rsidRPr="008D2F90" w:rsidRDefault="005C6D67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16FF8A9" w14:textId="77777777" w:rsidR="005C6D67" w:rsidRPr="008D2F90" w:rsidRDefault="005C6D67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EF58D6A" w14:textId="77777777" w:rsidR="005C6D67" w:rsidRPr="008D2F90" w:rsidRDefault="005C6D67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06C57FB" w14:textId="0FA318A8" w:rsidR="005C6D67" w:rsidRPr="008D2F90" w:rsidRDefault="005C6D67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Прислушиваются к 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сигналу, обращают внимание на экран, проявляют интерес и любопытство.</w:t>
            </w:r>
          </w:p>
        </w:tc>
        <w:tc>
          <w:tcPr>
            <w:tcW w:w="1559" w:type="dxa"/>
          </w:tcPr>
          <w:p w14:paraId="14CE3223" w14:textId="77777777" w:rsidR="0068641A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ФО «Словесная похвала»</w:t>
            </w:r>
          </w:p>
          <w:p w14:paraId="7B0C21AF" w14:textId="77777777" w:rsidR="0009319F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830FFBA" w14:textId="77777777" w:rsidR="0009319F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590DAFC" w14:textId="77777777" w:rsidR="0009319F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5B0782E" w14:textId="77777777" w:rsidR="0009319F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75A9462" w14:textId="77777777" w:rsidR="0009319F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0F29EE2" w14:textId="77777777" w:rsidR="0009319F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45B9312" w14:textId="77777777" w:rsidR="0009319F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E2E1902" w14:textId="77777777" w:rsidR="0009319F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D044E1E" w14:textId="77777777" w:rsidR="0009319F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9FC2BAA" w14:textId="77777777" w:rsidR="0009319F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C92521E" w14:textId="77777777" w:rsidR="0009319F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C508096" w14:textId="77777777" w:rsidR="0009319F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3D5BC1B" w14:textId="77777777" w:rsidR="0009319F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387AEA0" w14:textId="77777777" w:rsidR="0009319F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1D0DB2D" w14:textId="77777777" w:rsidR="0009319F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1108448" w14:textId="77777777" w:rsidR="0009319F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A834AFF" w14:textId="77777777" w:rsidR="0009319F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778195F" w14:textId="01AFA616" w:rsidR="0009319F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66" w:type="dxa"/>
          </w:tcPr>
          <w:p w14:paraId="5BA5CB43" w14:textId="77777777" w:rsidR="0068641A" w:rsidRPr="008D2F90" w:rsidRDefault="005C6D67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Слайд «Добро пожаловать в мир открытий!»</w:t>
            </w:r>
          </w:p>
          <w:p w14:paraId="2AF9F9DB" w14:textId="77777777" w:rsidR="005C6D67" w:rsidRPr="008D2F90" w:rsidRDefault="005C6D67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2D8C11E" w14:textId="77777777" w:rsidR="005C6D67" w:rsidRPr="008D2F90" w:rsidRDefault="005C6D67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84641E6" w14:textId="77777777" w:rsidR="005C6D67" w:rsidRPr="008D2F90" w:rsidRDefault="005C6D67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AE907D9" w14:textId="77777777" w:rsidR="005C6D67" w:rsidRPr="008D2F90" w:rsidRDefault="005C6D67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D7A5D6A" w14:textId="77777777" w:rsidR="005C6D67" w:rsidRPr="008D2F90" w:rsidRDefault="005C6D67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  <w:p w14:paraId="187C4B26" w14:textId="77777777" w:rsidR="005C6D67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Слайд с изображением лесной поляны и животных.</w:t>
            </w:r>
          </w:p>
          <w:p w14:paraId="21C22167" w14:textId="77777777" w:rsidR="0009319F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6AF09AC" w14:textId="77777777" w:rsidR="0009319F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17C0F46" w14:textId="77777777" w:rsidR="0009319F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F88A1B0" w14:textId="77777777" w:rsidR="0009319F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571F541" w14:textId="2E8FF57F" w:rsidR="0009319F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Слайд «Входящее 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сообщение…», звуковой эффект.</w:t>
            </w:r>
          </w:p>
        </w:tc>
      </w:tr>
      <w:tr w:rsidR="005C6D67" w:rsidRPr="008D2F90" w14:paraId="0C78CF50" w14:textId="77777777" w:rsidTr="005C6D67">
        <w:trPr>
          <w:jc w:val="center"/>
        </w:trPr>
        <w:tc>
          <w:tcPr>
            <w:tcW w:w="1860" w:type="dxa"/>
            <w:shd w:val="clear" w:color="auto" w:fill="DDEBF7"/>
          </w:tcPr>
          <w:p w14:paraId="1E09637B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2. «Угадай по одной улике»</w:t>
            </w:r>
            <w:r w:rsidRPr="008D2F9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br/>
              <w:t>4–8 мин</w:t>
            </w:r>
          </w:p>
        </w:tc>
        <w:tc>
          <w:tcPr>
            <w:tcW w:w="4911" w:type="dxa"/>
            <w:shd w:val="clear" w:color="auto" w:fill="F8FBFD"/>
          </w:tcPr>
          <w:p w14:paraId="4327F46A" w14:textId="77777777" w:rsidR="003A1F7E" w:rsidRPr="008D2F90" w:rsidRDefault="0009319F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ЗООБОТ:</w:t>
            </w:r>
          </w:p>
          <w:p w14:paraId="7FD7F246" w14:textId="77777777" w:rsidR="0068641A" w:rsidRPr="008D2F90" w:rsidRDefault="0009319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«Ребята, у меня случилась беда! Я изучал животных и случайно перепутал их паспорта! Теперь я не знаю, кто к какой группе относится. Поможете мне?»</w:t>
            </w:r>
          </w:p>
          <w:p w14:paraId="7F63CE49" w14:textId="77777777" w:rsidR="003A1F7E" w:rsidRPr="008D2F90" w:rsidRDefault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Конечно, поможем! Но сначала посмотрим, какие ошибки допустил наш робот».</w:t>
            </w:r>
          </w:p>
          <w:p w14:paraId="480AA124" w14:textId="67987105" w:rsidR="003A1F7E" w:rsidRPr="008D2F90" w:rsidRDefault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экране появляется кит с подписью «РЫБА».</w:t>
            </w:r>
          </w:p>
          <w:p w14:paraId="1E1F84AF" w14:textId="77777777" w:rsidR="003A1F7E" w:rsidRPr="008D2F90" w:rsidRDefault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ЗООБОТ уверен, что кит — рыба, потому что он живёт в воде. Как вы думаете, он прав?</w:t>
            </w:r>
          </w:p>
          <w:p w14:paraId="66C97AC4" w14:textId="77777777" w:rsidR="003A1F7E" w:rsidRPr="008D2F90" w:rsidRDefault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 экране появляется летучая мышь с подписью «ПТИЦА».</w:t>
            </w:r>
          </w:p>
          <w:p w14:paraId="7D3BC580" w14:textId="77777777" w:rsidR="003A1F7E" w:rsidRPr="008D2F90" w:rsidRDefault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- А здесь ЗООБОТ уверен, что летучая мышь — птица, потому что у неё есть крылья. Согласны ли вы?</w:t>
            </w:r>
          </w:p>
          <w:p w14:paraId="2BD68E3A" w14:textId="77777777" w:rsidR="003A1F7E" w:rsidRPr="008D2F90" w:rsidRDefault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— Посмотрите, как легко ошибиться, если обращать внимание только на один признак! Как же нам научиться правильно различать животных?</w:t>
            </w:r>
          </w:p>
          <w:p w14:paraId="1E2F7DB4" w14:textId="77777777" w:rsidR="003A1F7E" w:rsidRPr="003A1F7E" w:rsidRDefault="003A1F7E" w:rsidP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A1F7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Верно! Ребята, ЗООБОТ подготовил для нас подсказку. Посмотрите внимательно на экран!</w:t>
            </w:r>
          </w:p>
          <w:p w14:paraId="008F554A" w14:textId="77777777" w:rsidR="003A1F7E" w:rsidRPr="008D2F90" w:rsidRDefault="003A1F7E" w:rsidP="003A1F7E">
            <w:pPr>
              <w:spacing w:before="20" w:after="20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KZ"/>
              </w:rPr>
            </w:pPr>
            <w:r w:rsidRPr="003A1F7E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KZ"/>
              </w:rPr>
              <w:t xml:space="preserve">На экране поочерёдно появляются изображения бабочки, рыбы, лягушки, черепахи, птицы и кошки. </w:t>
            </w:r>
          </w:p>
          <w:p w14:paraId="2F119C2C" w14:textId="1F4B579E" w:rsidR="003A1F7E" w:rsidRPr="008D2F90" w:rsidRDefault="003A1F7E" w:rsidP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A1F7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Кого вы видите на экране?</w:t>
            </w:r>
          </w:p>
          <w:p w14:paraId="14610D21" w14:textId="77777777" w:rsidR="003A1F7E" w:rsidRPr="003A1F7E" w:rsidRDefault="003A1F7E" w:rsidP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A1F7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Что общего у всех этих существ?</w:t>
            </w:r>
          </w:p>
          <w:p w14:paraId="286D095D" w14:textId="21266E0A" w:rsidR="003A1F7E" w:rsidRPr="008D2F90" w:rsidRDefault="003A1F7E" w:rsidP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(Это животные. Они живые. Они питаются, растут и размножаются.)</w:t>
            </w:r>
          </w:p>
          <w:p w14:paraId="69011DAB" w14:textId="77777777" w:rsidR="003A1F7E" w:rsidRPr="003A1F7E" w:rsidRDefault="003A1F7E" w:rsidP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A1F7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— А чем они отличаются друг от </w:t>
            </w:r>
            <w:r w:rsidRPr="003A1F7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lastRenderedPageBreak/>
              <w:t>друга?</w:t>
            </w:r>
          </w:p>
          <w:p w14:paraId="5B946B76" w14:textId="77777777" w:rsidR="003A1F7E" w:rsidRPr="003A1F7E" w:rsidRDefault="003A1F7E" w:rsidP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A1F7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Молодцы! А теперь подумайте: если сегодня мы будем изучать животных и искать различия между ними, как может называться тема нашего урока?</w:t>
            </w:r>
          </w:p>
          <w:p w14:paraId="5003B70A" w14:textId="6FF7ACBC" w:rsidR="003A1F7E" w:rsidRPr="008D2F90" w:rsidRDefault="003A1F7E" w:rsidP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 </w:t>
            </w:r>
            <w:r w:rsidRPr="008D2F9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тема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нашего урока : </w:t>
            </w:r>
            <w:r w:rsidRPr="003A1F7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«Чем животные отличаются друг от друга?»</w:t>
            </w:r>
          </w:p>
          <w:p w14:paraId="0BAA8F54" w14:textId="4B843835" w:rsidR="003A1F7E" w:rsidRPr="008D2F90" w:rsidRDefault="003A1F7E" w:rsidP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— Ребята, тему мы определили! А теперь представьте, что после нашего урока ЗООБОТ снова встретится с китом, бабочкой и лягушкой. Что мы должны уметь, чтобы помочь ему правильно определить этих животных?</w:t>
            </w:r>
          </w:p>
          <w:p w14:paraId="2A6D1C80" w14:textId="160C6B37" w:rsidR="003A1F7E" w:rsidRPr="008D2F90" w:rsidRDefault="003A1F7E" w:rsidP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(Научиться различать животных.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— Узнавать, к какой группе относится каждое животное.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 xml:space="preserve">— Знать признаки животных.) </w:t>
            </w:r>
          </w:p>
          <w:p w14:paraId="7579D805" w14:textId="2C6DDEAC" w:rsidR="003A1F7E" w:rsidRPr="00225C2D" w:rsidRDefault="003A1F7E" w:rsidP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— Совершенно верно! А ещё ЗООБОТ забыл, как появляются на свет маленькие животные. </w:t>
            </w:r>
            <w:r w:rsidRPr="00225C2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Сможем ему помочь?</w:t>
            </w:r>
          </w:p>
          <w:p w14:paraId="0E043DDC" w14:textId="1CBDFE71" w:rsidR="003A1F7E" w:rsidRPr="008D2F90" w:rsidRDefault="003A1F7E" w:rsidP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— Тогда давайте вместе сформулируем, чему мы должны научиться сегодня.</w:t>
            </w:r>
          </w:p>
          <w:p w14:paraId="5A58438F" w14:textId="0AF48AF2" w:rsidR="003A1F7E" w:rsidRPr="003A1F7E" w:rsidRDefault="003A1F7E" w:rsidP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8D2F9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Цель: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научиться различать различать представителей классов животных и объяснять способы их размножения.</w:t>
            </w:r>
          </w:p>
          <w:p w14:paraId="693A31F5" w14:textId="0E38D4F6" w:rsidR="003A1F7E" w:rsidRPr="008D2F90" w:rsidRDefault="00F06ADF" w:rsidP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— Отлично! Лаборатория готова к работе! Юные исследователи, приступаем к первой миссии!</w:t>
            </w:r>
          </w:p>
        </w:tc>
        <w:tc>
          <w:tcPr>
            <w:tcW w:w="1701" w:type="dxa"/>
            <w:shd w:val="clear" w:color="auto" w:fill="F8FBFD"/>
          </w:tcPr>
          <w:p w14:paraId="66B3ECCA" w14:textId="77777777" w:rsidR="0068641A" w:rsidRPr="008D2F90" w:rsidRDefault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Внимательно слушают робота, выражают готовность помочь.</w:t>
            </w:r>
          </w:p>
          <w:p w14:paraId="726E8B1A" w14:textId="77777777" w:rsidR="003A1F7E" w:rsidRPr="008D2F90" w:rsidRDefault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9970579" w14:textId="77777777" w:rsidR="003A1F7E" w:rsidRPr="008D2F90" w:rsidRDefault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473B293" w14:textId="77777777" w:rsidR="003A1F7E" w:rsidRPr="008D2F90" w:rsidRDefault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Рассматривают изображение, отвечают: «Нет!» Высказывают предположения, объясняют, что кит дышит воздухом и кормит детёнышей мо</w:t>
            </w:r>
          </w:p>
          <w:p w14:paraId="43800F52" w14:textId="50A0A95B" w:rsidR="003A1F7E" w:rsidRPr="008D2F90" w:rsidRDefault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Предлагают варианты: внимательно рассматривать животных, сравнивать их, изучать особенности строения 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и способы размножения.</w:t>
            </w:r>
          </w:p>
          <w:p w14:paraId="3E8DE259" w14:textId="64314573" w:rsidR="003A1F7E" w:rsidRPr="008D2F90" w:rsidRDefault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14233CE" w14:textId="73CA364E" w:rsidR="003A1F7E" w:rsidRPr="008D2F90" w:rsidRDefault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F9251B0" w14:textId="1B549073" w:rsidR="003A1F7E" w:rsidRPr="008D2F90" w:rsidRDefault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6365882" w14:textId="3DEE26B4" w:rsidR="003A1F7E" w:rsidRPr="008D2F90" w:rsidRDefault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44F990F" w14:textId="2CAFD434" w:rsidR="003A1F7E" w:rsidRPr="008D2F90" w:rsidRDefault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06C9D30" w14:textId="11D73386" w:rsidR="003A1F7E" w:rsidRPr="008D2F90" w:rsidRDefault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7E0638A" w14:textId="3B71EDD6" w:rsidR="003A1F7E" w:rsidRPr="008D2F90" w:rsidRDefault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Определяют тему и цель урока </w:t>
            </w:r>
          </w:p>
          <w:p w14:paraId="67E40982" w14:textId="77777777" w:rsidR="003A1F7E" w:rsidRPr="008D2F90" w:rsidRDefault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89B80C2" w14:textId="771D8B90" w:rsidR="003A1F7E" w:rsidRPr="008D2F90" w:rsidRDefault="003A1F7E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shd w:val="clear" w:color="auto" w:fill="F8FBFD"/>
          </w:tcPr>
          <w:p w14:paraId="6C78F772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Устная обратная связь</w:t>
            </w:r>
          </w:p>
          <w:p w14:paraId="2A0A22AC" w14:textId="77777777" w:rsidR="00F06ADF" w:rsidRPr="008D2F90" w:rsidRDefault="00F06AD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E159DA8" w14:textId="77777777" w:rsidR="00F06ADF" w:rsidRPr="008D2F90" w:rsidRDefault="00F06AD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EE427D0" w14:textId="77777777" w:rsidR="00F06ADF" w:rsidRPr="008D2F90" w:rsidRDefault="00F06AD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B86CAF4" w14:textId="77777777" w:rsidR="00F06ADF" w:rsidRPr="008D2F90" w:rsidRDefault="00F06AD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A7CFD21" w14:textId="77777777" w:rsidR="00F06ADF" w:rsidRPr="008D2F90" w:rsidRDefault="00F06AD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1708CF6" w14:textId="77777777" w:rsidR="00F06ADF" w:rsidRPr="008D2F90" w:rsidRDefault="00F06AD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C7DAD9A" w14:textId="77777777" w:rsidR="00F06ADF" w:rsidRPr="008D2F90" w:rsidRDefault="00F06AD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975200A" w14:textId="77777777" w:rsidR="00F06ADF" w:rsidRPr="008D2F90" w:rsidRDefault="00F06AD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92C6596" w14:textId="77777777" w:rsidR="00F06ADF" w:rsidRPr="008D2F90" w:rsidRDefault="00F06AD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45E89EB" w14:textId="77777777" w:rsidR="00F06ADF" w:rsidRPr="008D2F90" w:rsidRDefault="00F06AD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74899AC" w14:textId="77777777" w:rsidR="00F06ADF" w:rsidRPr="008D2F90" w:rsidRDefault="00F06AD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0A77CE1" w14:textId="7A9BE9CF" w:rsidR="00F06ADF" w:rsidRPr="008D2F90" w:rsidRDefault="00F06AD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 «3 Хлопка»</w:t>
            </w:r>
          </w:p>
        </w:tc>
        <w:tc>
          <w:tcPr>
            <w:tcW w:w="1666" w:type="dxa"/>
            <w:shd w:val="clear" w:color="auto" w:fill="F8FBFD"/>
          </w:tcPr>
          <w:p w14:paraId="346E7485" w14:textId="032D1973" w:rsidR="0068641A" w:rsidRPr="008D2F90" w:rsidRDefault="00F06ADF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Слайд </w:t>
            </w:r>
          </w:p>
        </w:tc>
      </w:tr>
      <w:tr w:rsidR="005C6D67" w:rsidRPr="008D2F90" w14:paraId="03654AE5" w14:textId="77777777" w:rsidTr="005C6D67">
        <w:trPr>
          <w:jc w:val="center"/>
        </w:trPr>
        <w:tc>
          <w:tcPr>
            <w:tcW w:w="1860" w:type="dxa"/>
            <w:shd w:val="clear" w:color="auto" w:fill="DDEBF7"/>
          </w:tcPr>
          <w:p w14:paraId="11B5E980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3. «Шесть полок базы данных»</w:t>
            </w:r>
            <w:r w:rsidRPr="008D2F9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br/>
              <w:t>8–15 мин</w:t>
            </w:r>
          </w:p>
        </w:tc>
        <w:tc>
          <w:tcPr>
            <w:tcW w:w="4911" w:type="dxa"/>
          </w:tcPr>
          <w:p w14:paraId="22516230" w14:textId="77777777" w:rsidR="00F06ADF" w:rsidRPr="00225C2D" w:rsidRDefault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— Ребята, перед нами шесть секретных папок. В каждой спрятана одна группа животных. Наша задача — открыть все папки и выяснить, чем отличаются животные. </w:t>
            </w:r>
            <w:r w:rsidRPr="00225C2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Будьте внимательны: нам помогут их особые признаки!</w:t>
            </w:r>
          </w:p>
          <w:p w14:paraId="3A27BE53" w14:textId="2F401AB3" w:rsidR="003D5A38" w:rsidRPr="008D2F90" w:rsidRDefault="003D5A38" w:rsidP="003D5A38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3D5A3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Папка № 1. Насекомые</w:t>
            </w:r>
            <w:r w:rsidRPr="008D2F9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(Бабочка) </w:t>
            </w:r>
          </w:p>
          <w:p w14:paraId="494D2263" w14:textId="2219E077" w:rsidR="003D5A38" w:rsidRPr="008D2F90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— Рассмотрите бабочку. Сколько у неё ног? (шесть)</w:t>
            </w:r>
          </w:p>
          <w:p w14:paraId="55C50494" w14:textId="5F41B2E1" w:rsidR="003D5A38" w:rsidRPr="008D2F90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— Верно! У насекомых три пары ног. 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Их тело состоит из головы, груди и брюшка. Какие ещё насекомые вам знакомы? (</w:t>
            </w:r>
            <w:r w:rsidRPr="00225C2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муравей, пчела, жук, комар.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14:paraId="767848C3" w14:textId="54925C06" w:rsidR="003D5A38" w:rsidRPr="00225C2D" w:rsidRDefault="003D5A38" w:rsidP="003D5A38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225C2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НАСЕКОМЫЕ — три пары ног.</w:t>
            </w:r>
          </w:p>
          <w:p w14:paraId="583C5BBE" w14:textId="77777777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Папка № 2. Рыбы</w:t>
            </w:r>
          </w:p>
          <w:p w14:paraId="1E987F63" w14:textId="77777777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KZ"/>
              </w:rPr>
              <w:t>На экране появляется изображение карпа.</w:t>
            </w:r>
          </w:p>
          <w:p w14:paraId="68FB8550" w14:textId="77777777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Где живёт карп? Что помогает ему передвигаться в воде?</w:t>
            </w:r>
          </w:p>
          <w:p w14:paraId="14363CCF" w14:textId="322DE8AE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(</w:t>
            </w:r>
            <w:r w:rsidRPr="003D5A3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живёт в воде, плавает с помощью плавников.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14:paraId="59F8E3AF" w14:textId="145082BD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D5A3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А чем рыбы дышат?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r w:rsidRPr="003D5A3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жабрами.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14:paraId="064174C3" w14:textId="77777777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Правильно! А теперь подумайте: если животное живёт в воде, обязательно ли оно рыба?</w:t>
            </w:r>
          </w:p>
          <w:p w14:paraId="794731E6" w14:textId="26310131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D5A3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KZ"/>
              </w:rPr>
              <w:t>На экране появляется кит.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r w:rsidRPr="003D5A3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нет! Кит — млекопитающее.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14:paraId="3B52364C" w14:textId="77777777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На экране появляется вывод:</w:t>
            </w:r>
          </w:p>
          <w:p w14:paraId="5BF9D142" w14:textId="123ADFB7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РЫБЫ — дышат жабрами, плавают с помощью плавников.</w:t>
            </w:r>
          </w:p>
          <w:p w14:paraId="19DDAE0A" w14:textId="77777777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Папка № 3. Земноводные</w:t>
            </w:r>
          </w:p>
          <w:p w14:paraId="686A8009" w14:textId="77777777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KZ"/>
              </w:rPr>
              <w:t>На экране появляется лягушка у водоёма.</w:t>
            </w:r>
          </w:p>
          <w:p w14:paraId="65AB0731" w14:textId="392035B5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D5A3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Где может жить лягушка?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r w:rsidRPr="003D5A3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в воде и на суше.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14:paraId="4453CD4C" w14:textId="77777777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Верно! Лягушки относятся к земноводным. У них влажная кожа, а многие виды связаны и с водой, и с сушей.</w:t>
            </w:r>
          </w:p>
          <w:p w14:paraId="5DF7BB3E" w14:textId="77777777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На экране появляется вывод:</w:t>
            </w:r>
          </w:p>
          <w:p w14:paraId="03D7232D" w14:textId="16DBAFED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ЗЕМНОВОДНЫЕ — например, лягушки. Многие живут и в воде, и на суше.</w:t>
            </w:r>
          </w:p>
          <w:p w14:paraId="6F6D2D2B" w14:textId="77777777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Папка № 4. Пресмыкающиеся</w:t>
            </w:r>
          </w:p>
          <w:p w14:paraId="4A6AB0D3" w14:textId="77777777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KZ"/>
              </w:rPr>
              <w:t>На экране появляется черепаха.</w:t>
            </w:r>
          </w:p>
          <w:p w14:paraId="50305383" w14:textId="63A77375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D5A3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Рассмотрите черепаху. Что защищает её тело?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r w:rsidRPr="003D5A3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панцирь.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14:paraId="6A2371A8" w14:textId="06575C2B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D5A3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— Правильно! У многих пресмыкающихся сухая кожа с роговыми чешуйками или щитками. Назовите других представителей этой </w:t>
            </w:r>
            <w:r w:rsidRPr="003D5A3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lastRenderedPageBreak/>
              <w:t>группы.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r w:rsidRPr="003D5A3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змея, ящерица, крокодил.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14:paraId="6CCC3822" w14:textId="77777777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На экране появляется вывод:</w:t>
            </w:r>
          </w:p>
          <w:p w14:paraId="71926516" w14:textId="60778003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ПРЕСМЫКАЮЩИЕСЯ — сухая кожа с роговыми чешуйками или щитками.</w:t>
            </w:r>
          </w:p>
          <w:p w14:paraId="183CFD32" w14:textId="77777777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Папка № 5. Птицы</w:t>
            </w:r>
          </w:p>
          <w:p w14:paraId="76CA38E8" w14:textId="77777777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KZ"/>
              </w:rPr>
              <w:t>На экране появляется беркут.</w:t>
            </w:r>
          </w:p>
          <w:p w14:paraId="66903276" w14:textId="1DB302FB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D5A3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Чем покрыто тело птиц? Что ещё есть у птиц?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r w:rsidRPr="003D5A3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перья, клюв, крылья.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14:paraId="28F6A32F" w14:textId="59E87482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D5A3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Молодцы! А все ли птицы умеют летать?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r w:rsidRPr="003D5A3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нет! Например, страус и пингвин.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14:paraId="3EA9BAEF" w14:textId="77777777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Верно! Главный отличительный признак птиц — перья.</w:t>
            </w:r>
          </w:p>
          <w:p w14:paraId="1075467B" w14:textId="77777777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На экране появляется вывод:</w:t>
            </w:r>
          </w:p>
          <w:p w14:paraId="7E1DA67C" w14:textId="45CA90E5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ПТИЦЫ — тело покрыто перьями.</w:t>
            </w:r>
          </w:p>
          <w:p w14:paraId="5288E007" w14:textId="77777777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Папка № 6. Млекопитающие</w:t>
            </w:r>
          </w:p>
          <w:p w14:paraId="6807457B" w14:textId="77777777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KZ"/>
              </w:rPr>
              <w:t>На экране появляется кошка с котёнком.</w:t>
            </w:r>
          </w:p>
          <w:p w14:paraId="00806929" w14:textId="0FC283EC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D5A3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Как кошка заботится о своём котёнке?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r w:rsidRPr="003D5A3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кормит его молоком.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14:paraId="45DF5CBF" w14:textId="77777777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Верно! Самки млекопитающих кормят детёнышей молоком. У многих млекопитающих есть шерсть. А помните кита, которого мы уже встречали? Он тоже млекопитающее!</w:t>
            </w:r>
          </w:p>
          <w:p w14:paraId="24F5E1A2" w14:textId="77777777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На экране появляется вывод:</w:t>
            </w:r>
          </w:p>
          <w:p w14:paraId="07DDB9F4" w14:textId="344BA1FE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МЛЕКОПИТАЮЩИЕ — кормят детёнышей молоком.</w:t>
            </w:r>
          </w:p>
          <w:p w14:paraId="0E72BC31" w14:textId="46DCE0B6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Групповая работа «Спасите базу данных ЗООБОТА!»</w:t>
            </w:r>
          </w:p>
          <w:p w14:paraId="22755E1D" w14:textId="77777777" w:rsidR="003D5A38" w:rsidRPr="003D5A38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Ребята, мы открыли шесть секретных папок, но в базе данных ЗООБОТА всё ещё беспорядок! Каждая команда получит карточки с животными. Ваша задача — определить, к какой группе относится каждое животное, и найти его отличительный признак.</w:t>
            </w:r>
          </w:p>
          <w:p w14:paraId="0BA84A37" w14:textId="6B179741" w:rsidR="003D5A38" w:rsidRPr="008D2F90" w:rsidRDefault="003D5A38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5A3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Работайте дружно: обсудите ответы и подготовьтесь рассказать о результатах своей команды!</w:t>
            </w:r>
          </w:p>
          <w:tbl>
            <w:tblPr>
              <w:tblW w:w="4886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5"/>
              <w:gridCol w:w="2221"/>
              <w:gridCol w:w="2210"/>
            </w:tblGrid>
            <w:tr w:rsidR="00D06034" w:rsidRPr="00580159" w14:paraId="14D0038A" w14:textId="77777777" w:rsidTr="00CB4B98">
              <w:trPr>
                <w:trHeight w:val="742"/>
                <w:tblHeader/>
                <w:tblCellSpacing w:w="15" w:type="dxa"/>
              </w:trPr>
              <w:tc>
                <w:tcPr>
                  <w:tcW w:w="410" w:type="dxa"/>
                  <w:vAlign w:val="center"/>
                  <w:hideMark/>
                </w:tcPr>
                <w:p w14:paraId="2D00466C" w14:textId="77777777" w:rsidR="00D06034" w:rsidRPr="00D06034" w:rsidRDefault="00D06034" w:rsidP="00D060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KZ" w:eastAsia="ru-KZ"/>
                    </w:rPr>
                  </w:pPr>
                  <w:r w:rsidRPr="00D0603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KZ" w:eastAsia="ru-KZ"/>
                    </w:rPr>
                    <w:lastRenderedPageBreak/>
                    <w:t>Группа</w:t>
                  </w:r>
                </w:p>
              </w:tc>
              <w:tc>
                <w:tcPr>
                  <w:tcW w:w="2191" w:type="dxa"/>
                  <w:vAlign w:val="center"/>
                  <w:hideMark/>
                </w:tcPr>
                <w:p w14:paraId="7E9A6DC8" w14:textId="77777777" w:rsidR="00D06034" w:rsidRPr="00D06034" w:rsidRDefault="00D06034" w:rsidP="00D060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KZ" w:eastAsia="ru-KZ"/>
                    </w:rPr>
                  </w:pPr>
                  <w:r w:rsidRPr="00D0603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KZ" w:eastAsia="ru-KZ"/>
                    </w:rPr>
                    <w:t>Название команды</w:t>
                  </w:r>
                </w:p>
              </w:tc>
              <w:tc>
                <w:tcPr>
                  <w:tcW w:w="2165" w:type="dxa"/>
                  <w:vAlign w:val="center"/>
                  <w:hideMark/>
                </w:tcPr>
                <w:p w14:paraId="0572811E" w14:textId="77777777" w:rsidR="00D06034" w:rsidRPr="00D06034" w:rsidRDefault="00D06034" w:rsidP="00D060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KZ" w:eastAsia="ru-KZ"/>
                    </w:rPr>
                  </w:pPr>
                  <w:r w:rsidRPr="00D0603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KZ" w:eastAsia="ru-KZ"/>
                    </w:rPr>
                    <w:t>Животные на карточке</w:t>
                  </w:r>
                </w:p>
              </w:tc>
            </w:tr>
            <w:tr w:rsidR="00D06034" w:rsidRPr="00580159" w14:paraId="591B8FC5" w14:textId="77777777" w:rsidTr="00CB4B98">
              <w:trPr>
                <w:trHeight w:val="782"/>
                <w:tblCellSpacing w:w="15" w:type="dxa"/>
              </w:trPr>
              <w:tc>
                <w:tcPr>
                  <w:tcW w:w="410" w:type="dxa"/>
                  <w:vAlign w:val="center"/>
                  <w:hideMark/>
                </w:tcPr>
                <w:p w14:paraId="0B247BFC" w14:textId="77777777" w:rsidR="00D06034" w:rsidRPr="00D06034" w:rsidRDefault="00D06034" w:rsidP="00D060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D0603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>1</w:t>
                  </w:r>
                </w:p>
              </w:tc>
              <w:tc>
                <w:tcPr>
                  <w:tcW w:w="2191" w:type="dxa"/>
                  <w:vAlign w:val="center"/>
                  <w:hideMark/>
                </w:tcPr>
                <w:p w14:paraId="11B52487" w14:textId="77777777" w:rsidR="00D06034" w:rsidRPr="00D06034" w:rsidRDefault="00D06034" w:rsidP="00D060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D06034">
                    <w:rPr>
                      <w:rFonts w:ascii="Segoe UI Emoji" w:eastAsia="Times New Roman" w:hAnsi="Segoe UI Emoji" w:cs="Segoe UI Emoji"/>
                      <w:sz w:val="24"/>
                      <w:szCs w:val="24"/>
                      <w:lang w:val="ru-KZ" w:eastAsia="ru-KZ"/>
                    </w:rPr>
                    <w:t>🦋</w:t>
                  </w:r>
                  <w:r w:rsidRPr="00D0603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 xml:space="preserve"> Исследователи насекомых</w:t>
                  </w:r>
                </w:p>
              </w:tc>
              <w:tc>
                <w:tcPr>
                  <w:tcW w:w="2165" w:type="dxa"/>
                  <w:vAlign w:val="center"/>
                  <w:hideMark/>
                </w:tcPr>
                <w:p w14:paraId="6D470870" w14:textId="77777777" w:rsidR="00D06034" w:rsidRPr="00D06034" w:rsidRDefault="00D06034" w:rsidP="00D060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D0603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>Бабочка, муравей, пчела</w:t>
                  </w:r>
                </w:p>
              </w:tc>
            </w:tr>
            <w:tr w:rsidR="00D06034" w:rsidRPr="00580159" w14:paraId="0433EBF3" w14:textId="77777777" w:rsidTr="00CB4B98">
              <w:trPr>
                <w:trHeight w:val="782"/>
                <w:tblCellSpacing w:w="15" w:type="dxa"/>
              </w:trPr>
              <w:tc>
                <w:tcPr>
                  <w:tcW w:w="410" w:type="dxa"/>
                  <w:vAlign w:val="center"/>
                  <w:hideMark/>
                </w:tcPr>
                <w:p w14:paraId="116765BD" w14:textId="77777777" w:rsidR="00D06034" w:rsidRPr="00D06034" w:rsidRDefault="00D06034" w:rsidP="00D060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D0603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>2</w:t>
                  </w:r>
                </w:p>
              </w:tc>
              <w:tc>
                <w:tcPr>
                  <w:tcW w:w="2191" w:type="dxa"/>
                  <w:vAlign w:val="center"/>
                  <w:hideMark/>
                </w:tcPr>
                <w:p w14:paraId="46B6D016" w14:textId="77777777" w:rsidR="00D06034" w:rsidRPr="00D06034" w:rsidRDefault="00D06034" w:rsidP="00D060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D06034">
                    <w:rPr>
                      <w:rFonts w:ascii="Segoe UI Emoji" w:eastAsia="Times New Roman" w:hAnsi="Segoe UI Emoji" w:cs="Segoe UI Emoji"/>
                      <w:sz w:val="24"/>
                      <w:szCs w:val="24"/>
                      <w:lang w:val="ru-KZ" w:eastAsia="ru-KZ"/>
                    </w:rPr>
                    <w:t>🐟</w:t>
                  </w:r>
                  <w:r w:rsidRPr="00D0603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 xml:space="preserve"> Исследователи рыб</w:t>
                  </w:r>
                </w:p>
              </w:tc>
              <w:tc>
                <w:tcPr>
                  <w:tcW w:w="2165" w:type="dxa"/>
                  <w:vAlign w:val="center"/>
                  <w:hideMark/>
                </w:tcPr>
                <w:p w14:paraId="6E59C052" w14:textId="77777777" w:rsidR="00D06034" w:rsidRPr="00D06034" w:rsidRDefault="00D06034" w:rsidP="00D060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D0603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>Карп, щука, окунь</w:t>
                  </w:r>
                </w:p>
              </w:tc>
            </w:tr>
            <w:tr w:rsidR="00D06034" w:rsidRPr="00580159" w14:paraId="323CEE81" w14:textId="77777777" w:rsidTr="00CB4B98">
              <w:trPr>
                <w:trHeight w:val="782"/>
                <w:tblCellSpacing w:w="15" w:type="dxa"/>
              </w:trPr>
              <w:tc>
                <w:tcPr>
                  <w:tcW w:w="410" w:type="dxa"/>
                  <w:vAlign w:val="center"/>
                  <w:hideMark/>
                </w:tcPr>
                <w:p w14:paraId="56EF7AF4" w14:textId="77777777" w:rsidR="00D06034" w:rsidRPr="00D06034" w:rsidRDefault="00D06034" w:rsidP="00D060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D0603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>3</w:t>
                  </w:r>
                </w:p>
              </w:tc>
              <w:tc>
                <w:tcPr>
                  <w:tcW w:w="2191" w:type="dxa"/>
                  <w:vAlign w:val="center"/>
                  <w:hideMark/>
                </w:tcPr>
                <w:p w14:paraId="3C4CCCE4" w14:textId="77777777" w:rsidR="00D06034" w:rsidRPr="00D06034" w:rsidRDefault="00D06034" w:rsidP="00D060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D06034">
                    <w:rPr>
                      <w:rFonts w:ascii="Segoe UI Emoji" w:eastAsia="Times New Roman" w:hAnsi="Segoe UI Emoji" w:cs="Segoe UI Emoji"/>
                      <w:sz w:val="24"/>
                      <w:szCs w:val="24"/>
                      <w:lang w:val="ru-KZ" w:eastAsia="ru-KZ"/>
                    </w:rPr>
                    <w:t>🐸</w:t>
                  </w:r>
                  <w:r w:rsidRPr="00D0603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 xml:space="preserve"> Исследователи земноводных</w:t>
                  </w:r>
                </w:p>
              </w:tc>
              <w:tc>
                <w:tcPr>
                  <w:tcW w:w="2165" w:type="dxa"/>
                  <w:vAlign w:val="center"/>
                  <w:hideMark/>
                </w:tcPr>
                <w:p w14:paraId="695D1008" w14:textId="77777777" w:rsidR="00D06034" w:rsidRPr="00D06034" w:rsidRDefault="00D06034" w:rsidP="00D060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D0603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>Лягушка, жаба, тритон</w:t>
                  </w:r>
                </w:p>
              </w:tc>
            </w:tr>
            <w:tr w:rsidR="00D06034" w:rsidRPr="00580159" w14:paraId="231CC216" w14:textId="77777777" w:rsidTr="00CB4B98">
              <w:trPr>
                <w:trHeight w:val="1039"/>
                <w:tblCellSpacing w:w="15" w:type="dxa"/>
              </w:trPr>
              <w:tc>
                <w:tcPr>
                  <w:tcW w:w="410" w:type="dxa"/>
                  <w:vAlign w:val="center"/>
                  <w:hideMark/>
                </w:tcPr>
                <w:p w14:paraId="66969E68" w14:textId="77777777" w:rsidR="00D06034" w:rsidRPr="00D06034" w:rsidRDefault="00D06034" w:rsidP="00D060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D0603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>4</w:t>
                  </w:r>
                </w:p>
              </w:tc>
              <w:tc>
                <w:tcPr>
                  <w:tcW w:w="2191" w:type="dxa"/>
                  <w:vAlign w:val="center"/>
                  <w:hideMark/>
                </w:tcPr>
                <w:p w14:paraId="3B47E9ED" w14:textId="77777777" w:rsidR="00D06034" w:rsidRPr="00D06034" w:rsidRDefault="00D06034" w:rsidP="00D060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D06034">
                    <w:rPr>
                      <w:rFonts w:ascii="Segoe UI Emoji" w:eastAsia="Times New Roman" w:hAnsi="Segoe UI Emoji" w:cs="Segoe UI Emoji"/>
                      <w:sz w:val="24"/>
                      <w:szCs w:val="24"/>
                      <w:lang w:val="ru-KZ" w:eastAsia="ru-KZ"/>
                    </w:rPr>
                    <w:t>🐢</w:t>
                  </w:r>
                  <w:r w:rsidRPr="00D0603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 xml:space="preserve"> Исследователи пресмыкающихся</w:t>
                  </w:r>
                </w:p>
              </w:tc>
              <w:tc>
                <w:tcPr>
                  <w:tcW w:w="2165" w:type="dxa"/>
                  <w:vAlign w:val="center"/>
                  <w:hideMark/>
                </w:tcPr>
                <w:p w14:paraId="50E60363" w14:textId="77777777" w:rsidR="00D06034" w:rsidRPr="00D06034" w:rsidRDefault="00D06034" w:rsidP="00D060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D0603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>Черепаха, змея, ящерица</w:t>
                  </w:r>
                </w:p>
              </w:tc>
            </w:tr>
            <w:tr w:rsidR="00D06034" w:rsidRPr="00580159" w14:paraId="4DFA7EA1" w14:textId="77777777" w:rsidTr="00CB4B98">
              <w:trPr>
                <w:trHeight w:val="782"/>
                <w:tblCellSpacing w:w="15" w:type="dxa"/>
              </w:trPr>
              <w:tc>
                <w:tcPr>
                  <w:tcW w:w="410" w:type="dxa"/>
                  <w:vAlign w:val="center"/>
                  <w:hideMark/>
                </w:tcPr>
                <w:p w14:paraId="214E86A8" w14:textId="77777777" w:rsidR="00D06034" w:rsidRPr="00D06034" w:rsidRDefault="00D06034" w:rsidP="00D060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D0603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>5</w:t>
                  </w:r>
                </w:p>
              </w:tc>
              <w:tc>
                <w:tcPr>
                  <w:tcW w:w="2191" w:type="dxa"/>
                  <w:vAlign w:val="center"/>
                  <w:hideMark/>
                </w:tcPr>
                <w:p w14:paraId="5C90AB81" w14:textId="77777777" w:rsidR="00D06034" w:rsidRPr="00D06034" w:rsidRDefault="00D06034" w:rsidP="00D060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D06034">
                    <w:rPr>
                      <w:rFonts w:ascii="Segoe UI Emoji" w:eastAsia="Times New Roman" w:hAnsi="Segoe UI Emoji" w:cs="Segoe UI Emoji"/>
                      <w:sz w:val="24"/>
                      <w:szCs w:val="24"/>
                      <w:lang w:val="ru-KZ" w:eastAsia="ru-KZ"/>
                    </w:rPr>
                    <w:t>🦅</w:t>
                  </w:r>
                  <w:r w:rsidRPr="00D0603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 xml:space="preserve"> Исследователи птиц</w:t>
                  </w:r>
                </w:p>
              </w:tc>
              <w:tc>
                <w:tcPr>
                  <w:tcW w:w="2165" w:type="dxa"/>
                  <w:vAlign w:val="center"/>
                  <w:hideMark/>
                </w:tcPr>
                <w:p w14:paraId="351050DA" w14:textId="77777777" w:rsidR="00D06034" w:rsidRPr="00D06034" w:rsidRDefault="00D06034" w:rsidP="00D060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D0603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>Беркут, воробей, пингвин</w:t>
                  </w:r>
                </w:p>
              </w:tc>
            </w:tr>
            <w:tr w:rsidR="00D06034" w:rsidRPr="00580159" w14:paraId="5BA30EB7" w14:textId="77777777" w:rsidTr="00CB4B98">
              <w:trPr>
                <w:trHeight w:val="1025"/>
                <w:tblCellSpacing w:w="15" w:type="dxa"/>
              </w:trPr>
              <w:tc>
                <w:tcPr>
                  <w:tcW w:w="410" w:type="dxa"/>
                  <w:vAlign w:val="center"/>
                  <w:hideMark/>
                </w:tcPr>
                <w:p w14:paraId="1DD8D29D" w14:textId="77777777" w:rsidR="00D06034" w:rsidRPr="00D06034" w:rsidRDefault="00D06034" w:rsidP="00D060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D0603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>6</w:t>
                  </w:r>
                </w:p>
              </w:tc>
              <w:tc>
                <w:tcPr>
                  <w:tcW w:w="2191" w:type="dxa"/>
                  <w:vAlign w:val="center"/>
                  <w:hideMark/>
                </w:tcPr>
                <w:p w14:paraId="221488A2" w14:textId="77777777" w:rsidR="00D06034" w:rsidRPr="00D06034" w:rsidRDefault="00D06034" w:rsidP="00D060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D06034">
                    <w:rPr>
                      <w:rFonts w:ascii="Segoe UI Emoji" w:eastAsia="Times New Roman" w:hAnsi="Segoe UI Emoji" w:cs="Segoe UI Emoji"/>
                      <w:sz w:val="24"/>
                      <w:szCs w:val="24"/>
                      <w:lang w:val="ru-KZ" w:eastAsia="ru-KZ"/>
                    </w:rPr>
                    <w:t>🐈</w:t>
                  </w:r>
                  <w:r w:rsidRPr="00D0603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 xml:space="preserve"> Исследователи млекопитающих</w:t>
                  </w:r>
                </w:p>
              </w:tc>
              <w:tc>
                <w:tcPr>
                  <w:tcW w:w="2165" w:type="dxa"/>
                  <w:vAlign w:val="center"/>
                  <w:hideMark/>
                </w:tcPr>
                <w:p w14:paraId="08CA8027" w14:textId="77777777" w:rsidR="00D06034" w:rsidRPr="00D06034" w:rsidRDefault="00D06034" w:rsidP="00D060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D0603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>Кошка, кит, летучая мышь</w:t>
                  </w:r>
                </w:p>
              </w:tc>
            </w:tr>
          </w:tbl>
          <w:p w14:paraId="2E82DC15" w14:textId="03B58B43" w:rsidR="00D06034" w:rsidRPr="003D5A38" w:rsidRDefault="00B65982" w:rsidP="003D5A38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— Молодцы, исследователи! Вы помогли восстановить базу данных и доказали, что умеете различать группы животных по их признакам!</w:t>
            </w:r>
          </w:p>
          <w:p w14:paraId="4723EAF3" w14:textId="2819052A" w:rsidR="003D5A38" w:rsidRPr="008D2F90" w:rsidRDefault="00853300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8D2F90">
              <w:rPr>
                <w:rFonts w:ascii="Times New Roman" w:hAnsi="Times New Roman" w:cs="Times New Roman"/>
                <w:noProof/>
                <w:sz w:val="28"/>
                <w:szCs w:val="28"/>
                <w:lang w:val="ru-KZ"/>
              </w:rPr>
              <w:drawing>
                <wp:inline distT="0" distB="0" distL="0" distR="0" wp14:anchorId="635553FD" wp14:editId="62AA04E3">
                  <wp:extent cx="1628775" cy="2443163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0097" cy="2445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7BF1BB8" w14:textId="77777777" w:rsidR="00853300" w:rsidRPr="00853300" w:rsidRDefault="00853300" w:rsidP="00853300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853300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Ребята, сегодня каждый из вас станет не только исследователем животных, но и экспертом собственной работы!</w:t>
            </w:r>
          </w:p>
          <w:p w14:paraId="599743C6" w14:textId="0CB55642" w:rsidR="00853300" w:rsidRPr="008D2F90" w:rsidRDefault="00853300" w:rsidP="00853300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853300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Посмотрите на свои бланки «Мой маршрут исследователя». В течение урока мы будем выполнять разные </w:t>
            </w:r>
            <w:r w:rsidRPr="00853300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lastRenderedPageBreak/>
              <w:t>задания, а вы будете оценивать свою работу и записывать баллы в лапки напротив каждого задания.</w:t>
            </w:r>
          </w:p>
          <w:p w14:paraId="53F8F293" w14:textId="77777777" w:rsidR="00853300" w:rsidRPr="00853300" w:rsidRDefault="00853300" w:rsidP="00853300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853300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Будьте честными с собой! Если вы справились самостоятельно — смело ставьте балл. Если было трудно, не расстраивайтесь: мы здесь для того, чтобы учиться и узнавать новое.</w:t>
            </w:r>
          </w:p>
          <w:p w14:paraId="107EC254" w14:textId="77777777" w:rsidR="00853300" w:rsidRPr="00853300" w:rsidRDefault="00853300" w:rsidP="00853300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853300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В конце урока сложите все свои баллы и запишите результат в большую лапку внизу бланка. </w:t>
            </w:r>
            <w:r w:rsidRPr="0085330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Максимум за урок — 10 баллов.</w:t>
            </w:r>
          </w:p>
          <w:p w14:paraId="69F1CA95" w14:textId="31FDC013" w:rsidR="00853300" w:rsidRPr="008D2F90" w:rsidRDefault="00853300" w:rsidP="00853300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853300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Готовы отправиться в исследовательское путешествие и проверить, сколько баллов вы сможете набрать?</w:t>
            </w:r>
          </w:p>
          <w:p w14:paraId="6EBE5EE2" w14:textId="674C7EF0" w:rsidR="008D2F90" w:rsidRPr="00225C2D" w:rsidRDefault="008D2F90" w:rsidP="00853300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225C2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Этап 5. «Тайна маленьких животных»</w:t>
            </w:r>
          </w:p>
          <w:p w14:paraId="20B9198E" w14:textId="77777777" w:rsidR="008D2F90" w:rsidRPr="008D2F90" w:rsidRDefault="008D2F90" w:rsidP="008D2F90">
            <w:pPr>
              <w:spacing w:before="20" w:after="20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KZ"/>
              </w:rPr>
            </w:pPr>
            <w:r w:rsidRPr="008D2F9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KZ"/>
              </w:rPr>
              <w:t>На экране последовательно появляются три изображения:</w:t>
            </w:r>
          </w:p>
          <w:p w14:paraId="78162497" w14:textId="61DD429A" w:rsidR="008D2F90" w:rsidRPr="008D2F90" w:rsidRDefault="008D2F90" w:rsidP="008D2F90">
            <w:pPr>
              <w:numPr>
                <w:ilvl w:val="0"/>
                <w:numId w:val="10"/>
              </w:numPr>
              <w:spacing w:before="20" w:after="20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KZ"/>
              </w:rPr>
            </w:pPr>
            <w:r w:rsidRPr="008D2F9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KZ"/>
              </w:rPr>
              <w:t xml:space="preserve"> Яйцо и вылупляющийся цыплёнок. </w:t>
            </w:r>
          </w:p>
          <w:p w14:paraId="0486A40E" w14:textId="005101DD" w:rsidR="008D2F90" w:rsidRPr="008D2F90" w:rsidRDefault="008D2F90" w:rsidP="008D2F90">
            <w:pPr>
              <w:numPr>
                <w:ilvl w:val="0"/>
                <w:numId w:val="10"/>
              </w:numPr>
              <w:spacing w:before="20" w:after="20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KZ"/>
              </w:rPr>
            </w:pPr>
            <w:r w:rsidRPr="008D2F9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KZ"/>
              </w:rPr>
              <w:t xml:space="preserve"> Лягушачья икра и головастик. </w:t>
            </w:r>
          </w:p>
          <w:p w14:paraId="3C504F7B" w14:textId="7F3EDF79" w:rsidR="008D2F90" w:rsidRPr="008D2F90" w:rsidRDefault="008D2F90" w:rsidP="008D2F90">
            <w:pPr>
              <w:numPr>
                <w:ilvl w:val="0"/>
                <w:numId w:val="10"/>
              </w:numPr>
              <w:spacing w:before="20" w:after="20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KZ"/>
              </w:rPr>
            </w:pPr>
            <w:r w:rsidRPr="008D2F9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KZ"/>
              </w:rPr>
              <w:t>Кошка с котятами.</w:t>
            </w:r>
          </w:p>
          <w:p w14:paraId="2A101461" w14:textId="7623198E" w:rsidR="008D2F90" w:rsidRPr="008D2F90" w:rsidRDefault="008D2F90" w:rsidP="008D2F90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— Ребята, посмотрите на экран. Как появляются маленькие животные? Все ли они появляются одинаково?</w:t>
            </w:r>
          </w:p>
          <w:p w14:paraId="63BE8681" w14:textId="77777777" w:rsidR="008D2F90" w:rsidRPr="008D2F90" w:rsidRDefault="008D2F90" w:rsidP="008D2F90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Верно! Сегодня мы узнаем, как появляются на свет маленькие животные.</w:t>
            </w:r>
          </w:p>
          <w:p w14:paraId="7CAE9A18" w14:textId="064EF5B8" w:rsidR="008D2F90" w:rsidRPr="00853300" w:rsidRDefault="008D2F90" w:rsidP="00853300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— Сейчас вы будете работать в парах. У каждой пары есть карточки с животными и карточки с изображениями. Рассмотрите их, посоветуйтесь друг с другом и соедините каждое животное с подходящей картинкой.</w:t>
            </w:r>
          </w:p>
          <w:p w14:paraId="23BAE7D0" w14:textId="38D2DFD1" w:rsidR="00853300" w:rsidRPr="00853300" w:rsidRDefault="00041FBF" w:rsidP="00853300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KZ"/>
              </w:rPr>
              <w:lastRenderedPageBreak/>
              <w:drawing>
                <wp:inline distT="0" distB="0" distL="0" distR="0" wp14:anchorId="6F15DCFA" wp14:editId="24FFB333">
                  <wp:extent cx="2638425" cy="175895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027" cy="17593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BE87C86" w14:textId="77777777" w:rsidR="00CB0E94" w:rsidRPr="00CB0E94" w:rsidRDefault="00CB0E94" w:rsidP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CB0E9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Давайте проверим! Курица откладывает яйца, из которых вылупляются цыплята. Из лягушачьей икры развиваются головастики. У кошки рождаются котята, которых она кормит молоком. Черепахи тоже откладывают яйца.</w:t>
            </w:r>
          </w:p>
          <w:p w14:paraId="00FDF73A" w14:textId="77777777" w:rsidR="00CB0E94" w:rsidRPr="00CB0E94" w:rsidRDefault="00CB0E94" w:rsidP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CB0E9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Какой вывод мы можем сделать?</w:t>
            </w:r>
          </w:p>
          <w:p w14:paraId="03BB8E78" w14:textId="642ABED3" w:rsidR="00B65982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E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— Животные размножаются по-разному!</w:t>
            </w:r>
          </w:p>
          <w:p w14:paraId="0ACB7C87" w14:textId="266AE4FE" w:rsidR="00D0603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E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— Молодцы! Вы справились с исследованием в парах. А теперь проверим, какие открытия вы сделали сегодня и насколько хорошо запомнили признаки животных.</w:t>
            </w:r>
          </w:p>
        </w:tc>
        <w:tc>
          <w:tcPr>
            <w:tcW w:w="1701" w:type="dxa"/>
          </w:tcPr>
          <w:p w14:paraId="149402B4" w14:textId="77777777" w:rsidR="0068641A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Повторяют названия классов с движением/жестом; рассматривают картинки и отвечают на вопросы «Куда 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положим? Какой признак помог?»</w:t>
            </w:r>
          </w:p>
          <w:p w14:paraId="0C2C9822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9A73AAC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AE1FC8B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3309BAB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5250947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2FB2BD2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11EAECF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B33FDCD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E9BA71F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11DE348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D553C02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AF67FA9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956B1D6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5B92FFB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F42EF94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11BFBA7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3BA3C48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EA3DED1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48319BD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E6B7AEB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DC57478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4657C06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D81B097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82B9AE8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DDC85A4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0BA663C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8088283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9B4F297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8489E60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544CBAA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D944340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6AE4021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C8D0AE2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830A9BA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7266A81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D8D6A41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86A0979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D99B57C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08C082D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049525E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E1C87CF" w14:textId="4E545A2E" w:rsidR="00CB0E94" w:rsidRPr="00CB0E94" w:rsidRDefault="00CB0E94" w:rsidP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CB0E9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рассматривают изображения; </w:t>
            </w:r>
          </w:p>
          <w:p w14:paraId="1792CC25" w14:textId="15146756" w:rsidR="00CB0E94" w:rsidRPr="00CB0E94" w:rsidRDefault="00CB0E94" w:rsidP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CB0E9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обсуждают характерные признаки животных; </w:t>
            </w:r>
          </w:p>
          <w:p w14:paraId="75AE66E7" w14:textId="4ACD12CD" w:rsidR="00CB0E94" w:rsidRPr="00CB0E94" w:rsidRDefault="00CB0E94" w:rsidP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CB0E9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заполняют рабочий лист; </w:t>
            </w:r>
          </w:p>
          <w:p w14:paraId="706244AF" w14:textId="38572408" w:rsidR="00CB0E94" w:rsidRDefault="00CB0E94" w:rsidP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E9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 готовят короткое сообщение.</w:t>
            </w:r>
          </w:p>
          <w:p w14:paraId="4E337486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7477791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D299AE9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0BD54F6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F8CD063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05879D9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64D490A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CB0B080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459BC84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FC14D2B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E86693F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D4D8D17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5A2CE87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13CC473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2E9A6E6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55C2B78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9E7133A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207BCE8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713909F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57DF4E5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91EC397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6257845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7384F8B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262CC8E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C43C882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96B62E5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6F48D4E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77C61BB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1BDF76D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C3A0A25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284C02D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5FC3844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C345900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6A95920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7F0B60E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77EFC63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4BAF91D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6E44E8C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A724549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00093AF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9FF2105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C73EEE1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FAF3FB8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D69ADC5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FF705DC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F9A8969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094EE12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D1947C7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77B6642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A1A9B27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0E10C87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79FD7F5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F3C49F7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641DF01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9FA8A20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DB5CA6B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DAE1030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86B1C43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A9756AE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1F41152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28251E3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8BF1840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C5CD70A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92B17A1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063156D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B6DEE4B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E25C9CB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6C2E364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24A6AE7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03BEE87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EF77163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BFD729F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05B4919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E580A5D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A81B979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6246D13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BEBC5C2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BA22A4F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1BEC527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68C2BC6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BB4C76F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2A28F3E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567B1DA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B912539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348F898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0A773D1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4606FC5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5D4F67F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A05BFB9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D5D4DEF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9C59015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CE7DEB3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C585FBE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22928D0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16E060B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C0D060B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25CEC14" w14:textId="65719024" w:rsidR="00CB0E94" w:rsidRPr="00CB0E94" w:rsidRDefault="00CB0E94" w:rsidP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CB0E9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Рассматривают карточки. </w:t>
            </w:r>
          </w:p>
          <w:p w14:paraId="11D96EE5" w14:textId="50B3968F" w:rsidR="00CB0E94" w:rsidRPr="00CB0E94" w:rsidRDefault="00CB0E94" w:rsidP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CB0E9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Обсуждают ответы с партнёром. </w:t>
            </w:r>
          </w:p>
          <w:p w14:paraId="5D80006F" w14:textId="14A3D1DB" w:rsidR="00CB0E94" w:rsidRPr="00CB0E94" w:rsidRDefault="00CB0E94" w:rsidP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CB0E9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Соединяют подходящие изображения. </w:t>
            </w:r>
          </w:p>
          <w:p w14:paraId="3B74F889" w14:textId="6BB6733B" w:rsidR="00CB0E94" w:rsidRPr="008D2F90" w:rsidRDefault="00CB0E94" w:rsidP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E9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lastRenderedPageBreak/>
              <w:t>Объясняют один выбранный ответ.</w:t>
            </w:r>
          </w:p>
        </w:tc>
        <w:tc>
          <w:tcPr>
            <w:tcW w:w="1559" w:type="dxa"/>
          </w:tcPr>
          <w:p w14:paraId="1C93C6CE" w14:textId="77777777" w:rsidR="0068641A" w:rsidRPr="00225C2D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ФО: ученик правильно соотносит картинку с классом и называет один признак. </w:t>
            </w:r>
            <w:r w:rsidRPr="00225C2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Для поддержки </w:t>
            </w:r>
            <w:r w:rsidRPr="00225C2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предлагается выбор из двух картинок.</w:t>
            </w:r>
          </w:p>
          <w:p w14:paraId="34D02E9B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CE36D3C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B86122D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01F53CD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333B4E1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EF64D1C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438F3B1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E66CC3A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0407761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D79F9F9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4191B75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E8580EF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91727D0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640F78F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1D6FB79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E10570A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31F28B3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9152F32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125A560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9D92838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5BEBD7B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6D495A9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0D913F1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463A06F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33DC7D5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C03B40F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31F1CAD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A078C9B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B7C904E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B89933C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01EE737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7B7454F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81D79A1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BCA0A74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B459050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A935ED0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BA0065F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70BD097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09D6B0F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E95949E" w14:textId="77777777" w:rsidR="00CB0E94" w:rsidRPr="00225C2D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0065840" w14:textId="5C38082E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Дескрипторы: </w:t>
            </w:r>
          </w:p>
          <w:p w14:paraId="63C360D2" w14:textId="68568691" w:rsidR="00CB0E94" w:rsidRPr="00CB0E94" w:rsidRDefault="00CB0E94" w:rsidP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E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Правильно определили группу животных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</w:t>
            </w:r>
            <w:r w:rsidRPr="00CB0E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 б.,</w:t>
            </w:r>
          </w:p>
          <w:p w14:paraId="59664A67" w14:textId="2FFBBA39" w:rsidR="00CB0E94" w:rsidRPr="00CB0E94" w:rsidRDefault="00CB0E94" w:rsidP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E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Назвали отличительный признак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-1 б.,</w:t>
            </w:r>
          </w:p>
          <w:p w14:paraId="034F44C3" w14:textId="44FC8443" w:rsidR="00CB0E94" w:rsidRPr="00CB0E94" w:rsidRDefault="00CB0E94" w:rsidP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E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Подготовили и представили сообщение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– 1 б. </w:t>
            </w:r>
          </w:p>
          <w:p w14:paraId="0F5B779E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CDD8BB6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A5AA0E8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C9F91CB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FBF4718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A48FAAC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B38E8ED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FAFD19A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5A4F1E4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0232F83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50AB862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5E16DBF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A9AA609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2561CE8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AD1A526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F5D553B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AE8D464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54C8C0D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764F2C1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E518348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B567578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C96D000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088B477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B84877E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6267237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AC0E29F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E4DDDAD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8BDCD21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4977106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353D9CD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3239A65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000B89A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65C8BED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DD34C23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024A7C9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651B41C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9A130D4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5CDC7AA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38C2516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E83B657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60291FA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4C4DB5F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1C20763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7B159C9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C6AED34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21F0C73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2FFD385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32255D9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86F55AF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5CC0451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61A72FB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7F4E0A0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06CCE45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96BE713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B0E04E5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01D1557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A64C358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F01E938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1E8EF38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3A65A9E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420D11C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39B45C6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A15622B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499C140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06A7CA1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B94A1C6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C799F44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F739D82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B02D595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66F59C9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1B659E0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9D23C66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2B68E85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A619E09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583D3ED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30E00DB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9283260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4E80BC8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33E1169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48FDA75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1BFBD41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91A2A22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5600101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05F39F1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C7FCB7F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E4B9509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E802CB0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EB78ABB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B664548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0FCA88E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1C7BE9F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2E3CA4F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FC59CE3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CD0A833" w14:textId="77777777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53E3AB8" w14:textId="34C2C825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Дескрипторы; </w:t>
            </w:r>
          </w:p>
          <w:p w14:paraId="616C74F7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E9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Правильно соотносит животное со способом появления детёнышей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– 1б.,</w:t>
            </w:r>
          </w:p>
          <w:p w14:paraId="6BA640CA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E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Правильно соотносит животное с его детёнышем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1б., </w:t>
            </w:r>
          </w:p>
          <w:p w14:paraId="70926B13" w14:textId="77777777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E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Объясняет, что животные размножаются по-разному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1б. </w:t>
            </w:r>
          </w:p>
          <w:p w14:paraId="116F656B" w14:textId="589F4121" w:rsidR="00CB0E94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66" w:type="dxa"/>
          </w:tcPr>
          <w:p w14:paraId="3AD377F1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Схема шести классов, картинки животных, магниты.</w:t>
            </w:r>
          </w:p>
          <w:p w14:paraId="5902B188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74101B1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FA61CE8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AC1F1C3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BDAFF03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C814A26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B8C916B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37243BF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26EC306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1BD430E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D6B415A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A0A5710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B866257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9375111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775DB1F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CBA2A67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AD6665F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76A77FB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014DB21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C64B043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A76EC3C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3E51090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11612E0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C4517C8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4337A5F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5238D67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3D6BCE5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E59A42A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27539BE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C786F93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CBD9CC2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6978871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8E0E0CF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AA95892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E66F01C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E5AE938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61174F8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7D2F3C7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CE5FF40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4B614F7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77B43C5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5854FA8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AE11FB9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F958CC6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E2DC1C2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F5FC525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3E46F27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D07CA19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5A2BCF4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69FC705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73EC649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11AC617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536BBF6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08A259F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92FC232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951EF0B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275170E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3C7287E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EB364FC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EA42234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9DF95CB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D56B755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B803CA0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16D771F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8546115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588AF0D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171E9F7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1F3B5B6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7D5882C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C4834FB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3C6A48B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BC54200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152F731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DE52A72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BA17440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8487ACF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8F4DD11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D6484E8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26DDE39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E9EE277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A88F50A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98DD853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59EB87A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7711FB3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913267A" w14:textId="77777777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9927A28" w14:textId="24913554" w:rsidR="00D06034" w:rsidRPr="008D2F90" w:rsidRDefault="00D0603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lastRenderedPageBreak/>
              <w:drawing>
                <wp:inline distT="0" distB="0" distL="0" distR="0" wp14:anchorId="7F3905E9" wp14:editId="591C8BC4">
                  <wp:extent cx="928688" cy="619125"/>
                  <wp:effectExtent l="0" t="0" r="508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840" cy="6205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6D67" w:rsidRPr="00580159" w14:paraId="738B6496" w14:textId="77777777" w:rsidTr="005C6D67">
        <w:trPr>
          <w:jc w:val="center"/>
        </w:trPr>
        <w:tc>
          <w:tcPr>
            <w:tcW w:w="1860" w:type="dxa"/>
            <w:shd w:val="clear" w:color="auto" w:fill="DDEBF7"/>
          </w:tcPr>
          <w:p w14:paraId="0CF72DD5" w14:textId="1DC4972C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6. Двигательная пауза</w:t>
            </w:r>
            <w:r w:rsidRPr="008D2F9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br/>
              <w:t>30–32 мин</w:t>
            </w:r>
            <w:r w:rsidRPr="008D2F9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br/>
              <w:t>«</w:t>
            </w:r>
            <w:r w:rsidR="00CB0E94" w:rsidRPr="00CB0E9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Повторяй за животными</w:t>
            </w:r>
            <w:r w:rsidRPr="008D2F9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</w:p>
        </w:tc>
        <w:tc>
          <w:tcPr>
            <w:tcW w:w="4911" w:type="dxa"/>
            <w:shd w:val="clear" w:color="auto" w:fill="F8FBFD"/>
          </w:tcPr>
          <w:p w14:paraId="6255A955" w14:textId="0B4E14E6" w:rsid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E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— Ребята, наши исследователи сегодня много работали: рассматривали животных, изучали их признаки и выполняли задания. Пора немного размяться! Сейчас я буду называть животных, а вы показывайте, как они двигаются</w:t>
            </w:r>
          </w:p>
          <w:tbl>
            <w:tblPr>
              <w:tblW w:w="4822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36"/>
              <w:gridCol w:w="3686"/>
            </w:tblGrid>
            <w:tr w:rsidR="00CB0E94" w:rsidRPr="00CB0E94" w14:paraId="0088BE95" w14:textId="77777777" w:rsidTr="00CB0E94">
              <w:trPr>
                <w:trHeight w:val="219"/>
                <w:tblHeader/>
                <w:tblCellSpacing w:w="15" w:type="dxa"/>
              </w:trPr>
              <w:tc>
                <w:tcPr>
                  <w:tcW w:w="1091" w:type="dxa"/>
                  <w:vAlign w:val="center"/>
                  <w:hideMark/>
                </w:tcPr>
                <w:p w14:paraId="72D512D3" w14:textId="77777777" w:rsidR="00CB0E94" w:rsidRPr="00CB0E94" w:rsidRDefault="00CB0E94" w:rsidP="00CB0E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KZ" w:eastAsia="ru-KZ"/>
                    </w:rPr>
                  </w:pPr>
                  <w:r w:rsidRPr="00CB0E9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KZ" w:eastAsia="ru-KZ"/>
                    </w:rPr>
                    <w:t>Животное</w:t>
                  </w:r>
                </w:p>
              </w:tc>
              <w:tc>
                <w:tcPr>
                  <w:tcW w:w="3641" w:type="dxa"/>
                  <w:vAlign w:val="center"/>
                  <w:hideMark/>
                </w:tcPr>
                <w:p w14:paraId="73403045" w14:textId="77777777" w:rsidR="00CB0E94" w:rsidRPr="00CB0E94" w:rsidRDefault="00CB0E94" w:rsidP="00CB0E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KZ" w:eastAsia="ru-KZ"/>
                    </w:rPr>
                  </w:pPr>
                  <w:r w:rsidRPr="00CB0E9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KZ" w:eastAsia="ru-KZ"/>
                    </w:rPr>
                    <w:t>Действия учащихся</w:t>
                  </w:r>
                </w:p>
              </w:tc>
            </w:tr>
            <w:tr w:rsidR="00CB0E94" w:rsidRPr="00580159" w14:paraId="1E1825D2" w14:textId="77777777" w:rsidTr="00CB0E94">
              <w:trPr>
                <w:trHeight w:val="267"/>
                <w:tblCellSpacing w:w="15" w:type="dxa"/>
              </w:trPr>
              <w:tc>
                <w:tcPr>
                  <w:tcW w:w="1091" w:type="dxa"/>
                  <w:vAlign w:val="center"/>
                  <w:hideMark/>
                </w:tcPr>
                <w:p w14:paraId="190402D1" w14:textId="45C3EE5A" w:rsidR="00CB0E94" w:rsidRPr="00CB0E94" w:rsidRDefault="00CB0E94" w:rsidP="00CB0E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CB0E9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>Бабочка</w:t>
                  </w:r>
                </w:p>
              </w:tc>
              <w:tc>
                <w:tcPr>
                  <w:tcW w:w="3641" w:type="dxa"/>
                  <w:vAlign w:val="center"/>
                  <w:hideMark/>
                </w:tcPr>
                <w:p w14:paraId="49ECD79B" w14:textId="77777777" w:rsidR="00CB0E94" w:rsidRPr="00CB0E94" w:rsidRDefault="00CB0E94" w:rsidP="00CB0E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CB0E9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>Плавно машут руками, словно крыльями.</w:t>
                  </w:r>
                </w:p>
              </w:tc>
            </w:tr>
            <w:tr w:rsidR="00CB0E94" w:rsidRPr="00CB0E94" w14:paraId="52540B0B" w14:textId="77777777" w:rsidTr="00CB0E94">
              <w:trPr>
                <w:trHeight w:val="255"/>
                <w:tblCellSpacing w:w="15" w:type="dxa"/>
              </w:trPr>
              <w:tc>
                <w:tcPr>
                  <w:tcW w:w="1091" w:type="dxa"/>
                  <w:vAlign w:val="center"/>
                  <w:hideMark/>
                </w:tcPr>
                <w:p w14:paraId="1F6FB69E" w14:textId="089BC592" w:rsidR="00CB0E94" w:rsidRPr="00CB0E94" w:rsidRDefault="00CB0E94" w:rsidP="00CB0E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CB0E9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>Лягушка</w:t>
                  </w:r>
                </w:p>
              </w:tc>
              <w:tc>
                <w:tcPr>
                  <w:tcW w:w="3641" w:type="dxa"/>
                  <w:vAlign w:val="center"/>
                  <w:hideMark/>
                </w:tcPr>
                <w:p w14:paraId="1BBD9043" w14:textId="77777777" w:rsidR="00CB0E94" w:rsidRPr="00CB0E94" w:rsidRDefault="00CB0E94" w:rsidP="00CB0E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CB0E9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>Приседают и осторожно подпрыгивают.</w:t>
                  </w:r>
                </w:p>
              </w:tc>
            </w:tr>
            <w:tr w:rsidR="00CB0E94" w:rsidRPr="00580159" w14:paraId="51D8312E" w14:textId="77777777" w:rsidTr="00CB0E94">
              <w:trPr>
                <w:trHeight w:val="255"/>
                <w:tblCellSpacing w:w="15" w:type="dxa"/>
              </w:trPr>
              <w:tc>
                <w:tcPr>
                  <w:tcW w:w="1091" w:type="dxa"/>
                  <w:vAlign w:val="center"/>
                  <w:hideMark/>
                </w:tcPr>
                <w:p w14:paraId="7D388161" w14:textId="5AF72178" w:rsidR="00CB0E94" w:rsidRPr="00CB0E94" w:rsidRDefault="00CB0E94" w:rsidP="00CB0E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CB0E9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>Птица</w:t>
                  </w:r>
                </w:p>
              </w:tc>
              <w:tc>
                <w:tcPr>
                  <w:tcW w:w="3641" w:type="dxa"/>
                  <w:vAlign w:val="center"/>
                  <w:hideMark/>
                </w:tcPr>
                <w:p w14:paraId="7BC86503" w14:textId="77777777" w:rsidR="00CB0E94" w:rsidRPr="00CB0E94" w:rsidRDefault="00CB0E94" w:rsidP="00CB0E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CB0E9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>Разводят руки в стороны и машут ими.</w:t>
                  </w:r>
                </w:p>
              </w:tc>
            </w:tr>
            <w:tr w:rsidR="00CB0E94" w:rsidRPr="00CB0E94" w14:paraId="5F1DD5FB" w14:textId="77777777" w:rsidTr="00CB0E94">
              <w:trPr>
                <w:trHeight w:val="267"/>
                <w:tblCellSpacing w:w="15" w:type="dxa"/>
              </w:trPr>
              <w:tc>
                <w:tcPr>
                  <w:tcW w:w="1091" w:type="dxa"/>
                  <w:vAlign w:val="center"/>
                  <w:hideMark/>
                </w:tcPr>
                <w:p w14:paraId="6DE38CBF" w14:textId="55CBD19C" w:rsidR="00CB0E94" w:rsidRPr="00CB0E94" w:rsidRDefault="00CB0E94" w:rsidP="00CB0E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CB0E9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>Черепаха</w:t>
                  </w:r>
                </w:p>
              </w:tc>
              <w:tc>
                <w:tcPr>
                  <w:tcW w:w="3641" w:type="dxa"/>
                  <w:vAlign w:val="center"/>
                  <w:hideMark/>
                </w:tcPr>
                <w:p w14:paraId="4D9B6FD3" w14:textId="77777777" w:rsidR="00CB0E94" w:rsidRPr="00CB0E94" w:rsidRDefault="00CB0E94" w:rsidP="00CB0E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CB0E9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>Медленно шагают на месте.</w:t>
                  </w:r>
                </w:p>
              </w:tc>
            </w:tr>
            <w:tr w:rsidR="00CB0E94" w:rsidRPr="00580159" w14:paraId="67528172" w14:textId="77777777" w:rsidTr="00CB0E94">
              <w:trPr>
                <w:trHeight w:val="255"/>
                <w:tblCellSpacing w:w="15" w:type="dxa"/>
              </w:trPr>
              <w:tc>
                <w:tcPr>
                  <w:tcW w:w="1091" w:type="dxa"/>
                  <w:vAlign w:val="center"/>
                  <w:hideMark/>
                </w:tcPr>
                <w:p w14:paraId="16A6E058" w14:textId="07351F6C" w:rsidR="00CB0E94" w:rsidRPr="00CB0E94" w:rsidRDefault="00CB0E94" w:rsidP="00CB0E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CB0E9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>Заяц</w:t>
                  </w:r>
                </w:p>
              </w:tc>
              <w:tc>
                <w:tcPr>
                  <w:tcW w:w="3641" w:type="dxa"/>
                  <w:vAlign w:val="center"/>
                  <w:hideMark/>
                </w:tcPr>
                <w:p w14:paraId="1AF94180" w14:textId="77777777" w:rsidR="00CB0E94" w:rsidRPr="00CB0E94" w:rsidRDefault="00CB0E94" w:rsidP="00CB0E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CB0E9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>Показывают ушки руками и легко прыгают.</w:t>
                  </w:r>
                </w:p>
              </w:tc>
            </w:tr>
            <w:tr w:rsidR="00CB0E94" w:rsidRPr="00580159" w14:paraId="1AE15D2D" w14:textId="77777777" w:rsidTr="00CB0E94">
              <w:trPr>
                <w:trHeight w:val="255"/>
                <w:tblCellSpacing w:w="15" w:type="dxa"/>
              </w:trPr>
              <w:tc>
                <w:tcPr>
                  <w:tcW w:w="1091" w:type="dxa"/>
                  <w:vAlign w:val="center"/>
                  <w:hideMark/>
                </w:tcPr>
                <w:p w14:paraId="633CEA39" w14:textId="1C032C3B" w:rsidR="00CB0E94" w:rsidRPr="00CB0E94" w:rsidRDefault="00CB0E94" w:rsidP="00CB0E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CB0E9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>Рыба</w:t>
                  </w:r>
                </w:p>
              </w:tc>
              <w:tc>
                <w:tcPr>
                  <w:tcW w:w="3641" w:type="dxa"/>
                  <w:vAlign w:val="center"/>
                  <w:hideMark/>
                </w:tcPr>
                <w:p w14:paraId="32F2778E" w14:textId="77777777" w:rsidR="00CB0E94" w:rsidRPr="00CB0E94" w:rsidRDefault="00CB0E94" w:rsidP="00CB0E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</w:pPr>
                  <w:r w:rsidRPr="00CB0E9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KZ" w:eastAsia="ru-KZ"/>
                    </w:rPr>
                    <w:t>Соединяют ладони и изображают плавание.</w:t>
                  </w:r>
                </w:p>
              </w:tc>
            </w:tr>
          </w:tbl>
          <w:p w14:paraId="14E9E0F0" w14:textId="77777777" w:rsidR="008B7D0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E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— Молодцы! Вы отлично размялись. Наши исследователи снова готовы к открытиям. </w:t>
            </w:r>
          </w:p>
          <w:p w14:paraId="01A5EFEB" w14:textId="5D0E9EAB" w:rsidR="0068641A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B7D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Возвращаемся на свои места и продолжаем путешествие!</w:t>
            </w:r>
          </w:p>
        </w:tc>
        <w:tc>
          <w:tcPr>
            <w:tcW w:w="1701" w:type="dxa"/>
            <w:shd w:val="clear" w:color="auto" w:fill="F8FBFD"/>
          </w:tcPr>
          <w:p w14:paraId="55F1ABF0" w14:textId="4DB279D0" w:rsidR="0068641A" w:rsidRPr="00CB0E94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E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выполняют движения, затем спокойно возвращаются к работе.</w:t>
            </w:r>
          </w:p>
        </w:tc>
        <w:tc>
          <w:tcPr>
            <w:tcW w:w="1559" w:type="dxa"/>
            <w:shd w:val="clear" w:color="auto" w:fill="F8FBFD"/>
          </w:tcPr>
          <w:p w14:paraId="335DFE6A" w14:textId="2EED34C8" w:rsidR="0068641A" w:rsidRPr="008D2F90" w:rsidRDefault="00CB0E9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 «</w:t>
            </w:r>
            <w:r w:rsidR="008B7D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Словесная похвала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666" w:type="dxa"/>
            <w:shd w:val="clear" w:color="auto" w:fill="F8FBFD"/>
          </w:tcPr>
          <w:p w14:paraId="37F600D9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Слайд с пиктограммами, музыка по желанию.</w:t>
            </w:r>
          </w:p>
        </w:tc>
      </w:tr>
      <w:tr w:rsidR="005C6D67" w:rsidRPr="00580159" w14:paraId="72BF2A9C" w14:textId="77777777" w:rsidTr="005C6D67">
        <w:trPr>
          <w:jc w:val="center"/>
        </w:trPr>
        <w:tc>
          <w:tcPr>
            <w:tcW w:w="1860" w:type="dxa"/>
            <w:shd w:val="clear" w:color="auto" w:fill="DDEBF7"/>
          </w:tcPr>
          <w:p w14:paraId="459ED3F1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Times New Roman" w:hAnsi="Times New Roman" w:cs="Times New Roman"/>
                <w:b/>
                <w:sz w:val="28"/>
                <w:szCs w:val="28"/>
              </w:rPr>
              <w:t>7. «ЗООБОТ ошибся!»</w:t>
            </w:r>
            <w:r w:rsidRPr="008D2F90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32–38 мин</w:t>
            </w:r>
          </w:p>
        </w:tc>
        <w:tc>
          <w:tcPr>
            <w:tcW w:w="4911" w:type="dxa"/>
          </w:tcPr>
          <w:p w14:paraId="08FEB68F" w14:textId="77777777" w:rsidR="0068641A" w:rsidRDefault="008B7D04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8B7D0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«ЗООБОТ ошибся!»</w:t>
            </w:r>
          </w:p>
          <w:p w14:paraId="02F0365C" w14:textId="51E36E95" w:rsidR="008B7D04" w:rsidRDefault="008B7D04" w:rsidP="008B7D0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B7D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— Ребята, ЗООБОТ снова допустил ошибки в своей базе данных. Сейчас каждый из вас станет самостоятельным экспертом! Внимательно прочитайте утверждения и определите, где робот ошибся. Если утверждение неверное, исправьте его.</w:t>
            </w:r>
          </w:p>
          <w:p w14:paraId="1D161DE7" w14:textId="6298FC19" w:rsidR="008B7D04" w:rsidRPr="008B7D04" w:rsidRDefault="00FD34B2" w:rsidP="008B7D04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drawing>
                <wp:inline distT="0" distB="0" distL="0" distR="0" wp14:anchorId="47826BD0" wp14:editId="3103E78A">
                  <wp:extent cx="2581275" cy="172085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275" cy="1720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014F367" w14:textId="77777777" w:rsidR="00FD34B2" w:rsidRPr="00FD34B2" w:rsidRDefault="00FD34B2" w:rsidP="00FD34B2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D34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— Ребята, давайте проверим, удалось ли вам найти все ошибки ЗООБОТА. Внимательно сверьте свои ответы с экраном и исправьте ошибки, если они есть.</w:t>
            </w:r>
          </w:p>
          <w:p w14:paraId="7ECA8E28" w14:textId="77777777" w:rsidR="00FD34B2" w:rsidRPr="00FD34B2" w:rsidRDefault="00FD34B2" w:rsidP="00FD34B2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2E896F4" w14:textId="77777777" w:rsidR="00FD34B2" w:rsidRDefault="00FD34B2" w:rsidP="00FD34B2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D34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— Теперь посчитайте свои баллы. За каждый правильно выполненный критерий вы можете получить 1 балл. Максимум за это задание — 4 балла. Запишите свой результат в лапку на бланке «Мой маршрут исследователя».</w:t>
            </w:r>
          </w:p>
          <w:p w14:paraId="79358B5B" w14:textId="72743F05" w:rsidR="00FD34B2" w:rsidRPr="00FD34B2" w:rsidRDefault="00FD34B2" w:rsidP="00FD34B2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D34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— Молодцы, юные исследователи! Вы помогли ЗООБОТу исправить ошибки и показали, что умеете различать группы животных. Наше путешествие подходит к концу. Давайте вспомним, какие открытия мы сегодня сделали!</w:t>
            </w:r>
          </w:p>
        </w:tc>
        <w:tc>
          <w:tcPr>
            <w:tcW w:w="1701" w:type="dxa"/>
          </w:tcPr>
          <w:p w14:paraId="163014DA" w14:textId="7272FE53" w:rsidR="0068641A" w:rsidRPr="00FD34B2" w:rsidRDefault="00FD34B2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D34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проверяют ответы, исправляют ошибки, подсчитывают баллы и отмечают результат в бланке.</w:t>
            </w:r>
          </w:p>
        </w:tc>
        <w:tc>
          <w:tcPr>
            <w:tcW w:w="1559" w:type="dxa"/>
          </w:tcPr>
          <w:p w14:paraId="784A8F0D" w14:textId="77777777" w:rsidR="0068641A" w:rsidRDefault="00FD34B2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Дескрипторы: </w:t>
            </w:r>
            <w:r w:rsidRPr="00FD34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Определяет верность утверждения о насекомых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1б., </w:t>
            </w:r>
          </w:p>
          <w:p w14:paraId="46E2142F" w14:textId="77777777" w:rsidR="00FD34B2" w:rsidRDefault="00FD34B2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D34B2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Определяет верность утверждения о рыбах и млекопитающих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1б., </w:t>
            </w:r>
          </w:p>
          <w:p w14:paraId="7009B5DA" w14:textId="77777777" w:rsidR="00FD34B2" w:rsidRDefault="00FD34B2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D34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Определяет верность утверждения о птицах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-1б., </w:t>
            </w:r>
          </w:p>
          <w:p w14:paraId="4D9CAD29" w14:textId="68ACB228" w:rsidR="00FD34B2" w:rsidRPr="00FD34B2" w:rsidRDefault="00FD34B2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D34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Определяет верность утверждения о земноводных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-1 б.</w:t>
            </w:r>
          </w:p>
        </w:tc>
        <w:tc>
          <w:tcPr>
            <w:tcW w:w="1666" w:type="dxa"/>
          </w:tcPr>
          <w:p w14:paraId="0EABE00E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Карточки «Да/Нет» или зелёный/красный круг, слайды.</w:t>
            </w:r>
          </w:p>
        </w:tc>
      </w:tr>
      <w:tr w:rsidR="005C6D67" w:rsidRPr="00580159" w14:paraId="07FAE858" w14:textId="77777777" w:rsidTr="005C6D67">
        <w:trPr>
          <w:jc w:val="center"/>
        </w:trPr>
        <w:tc>
          <w:tcPr>
            <w:tcW w:w="1860" w:type="dxa"/>
            <w:shd w:val="clear" w:color="auto" w:fill="DDEBF7"/>
          </w:tcPr>
          <w:p w14:paraId="016055B4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9. Рефлексия и домашнее </w:t>
            </w:r>
            <w:r w:rsidRPr="008D2F9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задание</w:t>
            </w:r>
            <w:r w:rsidRPr="008D2F9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br/>
              <w:t>42–45 мин</w:t>
            </w:r>
          </w:p>
        </w:tc>
        <w:tc>
          <w:tcPr>
            <w:tcW w:w="4911" w:type="dxa"/>
          </w:tcPr>
          <w:p w14:paraId="30792215" w14:textId="77777777" w:rsidR="0068641A" w:rsidRDefault="00FD34B2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D34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— Ребята, наше исследовательское путешествие подходит к концу! Сегодня вы помогали ЗООБОТу, </w:t>
            </w:r>
            <w:r w:rsidRPr="00FD34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изучали животных, работали в командах и выполняли задания самостоятельно. </w:t>
            </w:r>
            <w:r w:rsidRPr="00FD34B2">
              <w:rPr>
                <w:rFonts w:ascii="Times New Roman" w:hAnsi="Times New Roman" w:cs="Times New Roman"/>
                <w:sz w:val="28"/>
                <w:szCs w:val="28"/>
              </w:rPr>
              <w:t>Давайте вспомним, чему мы научились.</w:t>
            </w:r>
          </w:p>
          <w:p w14:paraId="18FAF7B4" w14:textId="2C507EB9" w:rsidR="000F4876" w:rsidRPr="000F4876" w:rsidRDefault="000F4876" w:rsidP="000F4876">
            <w:pPr>
              <w:pStyle w:val="ae"/>
              <w:numPr>
                <w:ilvl w:val="0"/>
                <w:numId w:val="10"/>
              </w:num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0F487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На какие шесть групп мы разделили животных? </w:t>
            </w:r>
          </w:p>
          <w:p w14:paraId="6EFD7739" w14:textId="2D883E7D" w:rsidR="000F4876" w:rsidRPr="000F4876" w:rsidRDefault="000F4876" w:rsidP="000F4876">
            <w:pPr>
              <w:pStyle w:val="ae"/>
              <w:numPr>
                <w:ilvl w:val="0"/>
                <w:numId w:val="10"/>
              </w:num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0F487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Какой признак помогает отличить птиц от других животных? </w:t>
            </w:r>
          </w:p>
          <w:p w14:paraId="0CD3C6D0" w14:textId="149920C9" w:rsidR="000F4876" w:rsidRPr="000F4876" w:rsidRDefault="000F4876" w:rsidP="000F4876">
            <w:pPr>
              <w:pStyle w:val="ae"/>
              <w:numPr>
                <w:ilvl w:val="0"/>
                <w:numId w:val="10"/>
              </w:num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0F487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Почему кит относится к млекопитающим? </w:t>
            </w:r>
          </w:p>
          <w:p w14:paraId="1EF1531E" w14:textId="77777777" w:rsidR="00FD34B2" w:rsidRPr="000F4876" w:rsidRDefault="000F4876" w:rsidP="000F4876">
            <w:pPr>
              <w:pStyle w:val="ae"/>
              <w:numPr>
                <w:ilvl w:val="0"/>
                <w:numId w:val="11"/>
              </w:num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487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Все ли животные появляются на свет одинаково?</w:t>
            </w:r>
          </w:p>
          <w:p w14:paraId="46F655A4" w14:textId="77777777" w:rsidR="000F4876" w:rsidRPr="000F4876" w:rsidRDefault="000F4876" w:rsidP="000F4876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487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— Юные исследователи, посмотрите на свои бланки «Мой маршрут исследователя». Подсчитайте все баллы, которые вы заработали за урок, и запишите итог в большую лапку.</w:t>
            </w:r>
          </w:p>
          <w:p w14:paraId="73404426" w14:textId="77777777" w:rsidR="000F4876" w:rsidRPr="000F4876" w:rsidRDefault="000F4876" w:rsidP="000F4876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60F4FC8" w14:textId="5A71AE05" w:rsidR="000F4876" w:rsidRDefault="000F4876" w:rsidP="000F4876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487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— Помните, что каждый из вас сегодня старался, учился новому и помогал другим. Это тоже очень важно!</w:t>
            </w:r>
          </w:p>
          <w:p w14:paraId="41E102B4" w14:textId="77777777" w:rsidR="000F4876" w:rsidRPr="000F4876" w:rsidRDefault="000F4876" w:rsidP="000F4876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0F487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Сегодня вы научились различать группы животных, находить их отличительные признаки и узнали, как появляются маленькие животные. Вы доказали, что умеете наблюдать, сравнивать и делать выводы.</w:t>
            </w:r>
          </w:p>
          <w:p w14:paraId="23735849" w14:textId="77777777" w:rsidR="000F4876" w:rsidRDefault="000F4876" w:rsidP="000F4876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0F487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— Спасибо за вашу работу, любознательность и дружбу! Наше путешествие завершено, но впереди нас ждёт ещё много удивительных открытий. До новых встреч, юные исследователи!</w:t>
            </w:r>
          </w:p>
          <w:p w14:paraId="67C482ED" w14:textId="6E9A1992" w:rsidR="00D1638F" w:rsidRPr="000F4876" w:rsidRDefault="00BD5465" w:rsidP="000F4876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KZ"/>
              </w:rPr>
              <w:drawing>
                <wp:inline distT="0" distB="0" distL="0" distR="0" wp14:anchorId="2CAC1F23" wp14:editId="6F0374E2">
                  <wp:extent cx="2524125" cy="168275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682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73619D69" w14:textId="77777777" w:rsidR="0068641A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Выбирают </w:t>
            </w:r>
            <w:r w:rsidR="000F487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Подводят итоги </w:t>
            </w:r>
          </w:p>
          <w:p w14:paraId="03368223" w14:textId="3AB86408" w:rsidR="000F4876" w:rsidRPr="000F4876" w:rsidRDefault="000F4876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487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подсчитывают баллы и оценивают свою работу.</w:t>
            </w:r>
          </w:p>
          <w:p w14:paraId="5A823108" w14:textId="77777777" w:rsidR="000F4876" w:rsidRDefault="000F4876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6149C28" w14:textId="77777777" w:rsidR="000F4876" w:rsidRDefault="000F4876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F6C3606" w14:textId="77777777" w:rsidR="000F4876" w:rsidRDefault="000F4876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87F7C85" w14:textId="77777777" w:rsidR="000F4876" w:rsidRDefault="000F4876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C95D629" w14:textId="77777777" w:rsidR="000F4876" w:rsidRDefault="000F4876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C18D8F9" w14:textId="77777777" w:rsidR="000F4876" w:rsidRDefault="000F4876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A5C73C0" w14:textId="77777777" w:rsidR="000F4876" w:rsidRDefault="000F4876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8F76DE8" w14:textId="77777777" w:rsidR="000F4876" w:rsidRDefault="000F4876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2D2117D" w14:textId="77777777" w:rsidR="000F4876" w:rsidRDefault="000F4876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8DFA233" w14:textId="074024D7" w:rsidR="000F4876" w:rsidRPr="00FD34B2" w:rsidRDefault="000F4876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14:paraId="365E7D9B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Самооценивание. Учитель 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собирает маршрутные листы и планирует поддержку.</w:t>
            </w:r>
          </w:p>
        </w:tc>
        <w:tc>
          <w:tcPr>
            <w:tcW w:w="1666" w:type="dxa"/>
          </w:tcPr>
          <w:p w14:paraId="62057F8B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Маршрутный лист, слайд с </w:t>
            </w: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тремя значками.</w:t>
            </w:r>
          </w:p>
        </w:tc>
      </w:tr>
    </w:tbl>
    <w:p w14:paraId="3FB01A36" w14:textId="77777777" w:rsidR="0068641A" w:rsidRPr="008D2F90" w:rsidRDefault="008642AC" w:rsidP="005C6D67">
      <w:pPr>
        <w:ind w:left="-142" w:right="-1" w:firstLine="142"/>
        <w:rPr>
          <w:rFonts w:ascii="Times New Roman" w:hAnsi="Times New Roman" w:cs="Times New Roman"/>
          <w:sz w:val="28"/>
          <w:szCs w:val="28"/>
          <w:lang w:val="ru-RU"/>
        </w:rPr>
      </w:pPr>
      <w:r w:rsidRPr="008D2F90">
        <w:rPr>
          <w:rFonts w:ascii="Times New Roman" w:hAnsi="Times New Roman" w:cs="Times New Roman"/>
          <w:sz w:val="28"/>
          <w:szCs w:val="28"/>
          <w:lang w:val="ru-RU"/>
        </w:rPr>
        <w:lastRenderedPageBreak/>
        <w:br w:type="page"/>
      </w:r>
    </w:p>
    <w:bookmarkEnd w:id="0"/>
    <w:p w14:paraId="61EA63D4" w14:textId="77777777" w:rsidR="0068641A" w:rsidRPr="008D2F90" w:rsidRDefault="008642AC">
      <w:pPr>
        <w:pStyle w:val="1"/>
        <w:rPr>
          <w:rFonts w:ascii="Times New Roman" w:hAnsi="Times New Roman" w:cs="Times New Roman"/>
          <w:lang w:val="ru-RU"/>
        </w:rPr>
      </w:pPr>
      <w:r w:rsidRPr="008D2F90">
        <w:rPr>
          <w:rFonts w:ascii="Times New Roman" w:hAnsi="Times New Roman" w:cs="Times New Roman"/>
          <w:lang w:val="ru-RU"/>
        </w:rPr>
        <w:lastRenderedPageBreak/>
        <w:t>Приложение 1. Детские карточки-паспорта</w:t>
      </w:r>
    </w:p>
    <w:p w14:paraId="7804B087" w14:textId="77777777" w:rsidR="0068641A" w:rsidRPr="008D2F90" w:rsidRDefault="008642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D2F90">
        <w:rPr>
          <w:rFonts w:ascii="Times New Roman" w:hAnsi="Times New Roman" w:cs="Times New Roman"/>
          <w:sz w:val="28"/>
          <w:szCs w:val="28"/>
          <w:lang w:val="ru-RU"/>
        </w:rPr>
        <w:t>Паспорт животного — заполняется устно, галочкой или короткой записью.</w:t>
      </w:r>
    </w:p>
    <w:p w14:paraId="66F51630" w14:textId="77777777" w:rsidR="0068641A" w:rsidRPr="008D2F90" w:rsidRDefault="008642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D2F90">
        <w:rPr>
          <w:rFonts w:ascii="Times New Roman" w:hAnsi="Times New Roman" w:cs="Times New Roman"/>
          <w:b/>
          <w:sz w:val="28"/>
          <w:szCs w:val="28"/>
          <w:lang w:val="ru-RU"/>
        </w:rPr>
        <w:t xml:space="preserve">Животное: Верблюд. </w:t>
      </w:r>
      <w:r w:rsidRPr="008D2F90">
        <w:rPr>
          <w:rFonts w:ascii="Times New Roman" w:hAnsi="Times New Roman" w:cs="Times New Roman"/>
          <w:sz w:val="28"/>
          <w:szCs w:val="28"/>
          <w:lang w:val="ru-RU"/>
        </w:rPr>
        <w:t>Класс: Млекопитающие. Признаки: Шерсть; детёныша кормит молоком. Размножение: Рождает живого детёныша.</w:t>
      </w:r>
    </w:p>
    <w:p w14:paraId="6361260C" w14:textId="77777777" w:rsidR="0068641A" w:rsidRPr="008D2F90" w:rsidRDefault="008642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D2F90">
        <w:rPr>
          <w:rFonts w:ascii="Times New Roman" w:hAnsi="Times New Roman" w:cs="Times New Roman"/>
          <w:b/>
          <w:sz w:val="28"/>
          <w:szCs w:val="28"/>
          <w:lang w:val="ru-RU"/>
        </w:rPr>
        <w:t xml:space="preserve">Животное: Голубь. </w:t>
      </w:r>
      <w:r w:rsidRPr="008D2F90">
        <w:rPr>
          <w:rFonts w:ascii="Times New Roman" w:hAnsi="Times New Roman" w:cs="Times New Roman"/>
          <w:sz w:val="28"/>
          <w:szCs w:val="28"/>
          <w:lang w:val="ru-RU"/>
        </w:rPr>
        <w:t>Класс: Птицы. Признаки: Перья; клюв. Размножение: Откладывает яйца.</w:t>
      </w:r>
    </w:p>
    <w:p w14:paraId="20FD88CE" w14:textId="77777777" w:rsidR="0068641A" w:rsidRPr="008D2F90" w:rsidRDefault="008642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D2F90">
        <w:rPr>
          <w:rFonts w:ascii="Times New Roman" w:hAnsi="Times New Roman" w:cs="Times New Roman"/>
          <w:b/>
          <w:sz w:val="28"/>
          <w:szCs w:val="28"/>
          <w:lang w:val="ru-RU"/>
        </w:rPr>
        <w:t xml:space="preserve">Животное: Карп. </w:t>
      </w:r>
      <w:r w:rsidRPr="008D2F90">
        <w:rPr>
          <w:rFonts w:ascii="Times New Roman" w:hAnsi="Times New Roman" w:cs="Times New Roman"/>
          <w:sz w:val="28"/>
          <w:szCs w:val="28"/>
          <w:lang w:val="ru-RU"/>
        </w:rPr>
        <w:t>Класс: Рыбы. Признаки: Плавники; жабры. Размножение: Многие рыбы откладывают икру.</w:t>
      </w:r>
    </w:p>
    <w:p w14:paraId="397616A3" w14:textId="77777777" w:rsidR="0068641A" w:rsidRPr="008D2F90" w:rsidRDefault="008642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D2F90">
        <w:rPr>
          <w:rFonts w:ascii="Times New Roman" w:hAnsi="Times New Roman" w:cs="Times New Roman"/>
          <w:b/>
          <w:sz w:val="28"/>
          <w:szCs w:val="28"/>
          <w:lang w:val="ru-RU"/>
        </w:rPr>
        <w:t xml:space="preserve">Животное: Лягушка. </w:t>
      </w:r>
      <w:r w:rsidRPr="008D2F90">
        <w:rPr>
          <w:rFonts w:ascii="Times New Roman" w:hAnsi="Times New Roman" w:cs="Times New Roman"/>
          <w:sz w:val="28"/>
          <w:szCs w:val="28"/>
          <w:lang w:val="ru-RU"/>
        </w:rPr>
        <w:t>Класс: Земноводные. Признаки: Влажная кожа; связана с водой и сушей. Размножение: Икра → головастик.</w:t>
      </w:r>
    </w:p>
    <w:p w14:paraId="024F2FDA" w14:textId="77777777" w:rsidR="0068641A" w:rsidRPr="008D2F90" w:rsidRDefault="008642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D2F90">
        <w:rPr>
          <w:rFonts w:ascii="Times New Roman" w:hAnsi="Times New Roman" w:cs="Times New Roman"/>
          <w:b/>
          <w:sz w:val="28"/>
          <w:szCs w:val="28"/>
          <w:lang w:val="ru-RU"/>
        </w:rPr>
        <w:t xml:space="preserve">Животное: Черепаха. </w:t>
      </w:r>
      <w:r w:rsidRPr="008D2F90">
        <w:rPr>
          <w:rFonts w:ascii="Times New Roman" w:hAnsi="Times New Roman" w:cs="Times New Roman"/>
          <w:sz w:val="28"/>
          <w:szCs w:val="28"/>
          <w:lang w:val="ru-RU"/>
        </w:rPr>
        <w:t>Класс: Пресмыкающиеся. Признаки: Сухая кожа с роговыми щитками. Размножение: Многие откладывают яйца.</w:t>
      </w:r>
    </w:p>
    <w:p w14:paraId="32EB805C" w14:textId="77777777" w:rsidR="0068641A" w:rsidRPr="008D2F90" w:rsidRDefault="008642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D2F90">
        <w:rPr>
          <w:rFonts w:ascii="Times New Roman" w:hAnsi="Times New Roman" w:cs="Times New Roman"/>
          <w:b/>
          <w:sz w:val="28"/>
          <w:szCs w:val="28"/>
          <w:lang w:val="ru-RU"/>
        </w:rPr>
        <w:t xml:space="preserve">Животное: Бабочка. </w:t>
      </w:r>
      <w:r w:rsidRPr="008D2F90">
        <w:rPr>
          <w:rFonts w:ascii="Times New Roman" w:hAnsi="Times New Roman" w:cs="Times New Roman"/>
          <w:sz w:val="28"/>
          <w:szCs w:val="28"/>
          <w:lang w:val="ru-RU"/>
        </w:rPr>
        <w:t>Класс: Насекомые. Признаки: Шесть ног; голова, грудь, брюшко. Размножение: Яйцо → гусеница → куколка → бабочка.</w:t>
      </w:r>
    </w:p>
    <w:p w14:paraId="0FA80BD0" w14:textId="77777777" w:rsidR="0068641A" w:rsidRPr="008D2F90" w:rsidRDefault="008642AC">
      <w:pPr>
        <w:pStyle w:val="1"/>
        <w:rPr>
          <w:rFonts w:ascii="Times New Roman" w:hAnsi="Times New Roman" w:cs="Times New Roman"/>
          <w:lang w:val="ru-RU"/>
        </w:rPr>
      </w:pPr>
      <w:r w:rsidRPr="008D2F90">
        <w:rPr>
          <w:rFonts w:ascii="Times New Roman" w:hAnsi="Times New Roman" w:cs="Times New Roman"/>
          <w:lang w:val="ru-RU"/>
        </w:rPr>
        <w:t>Приложение 2. Маршрутный лист ученика</w:t>
      </w:r>
    </w:p>
    <w:p w14:paraId="3CD9F27F" w14:textId="77777777" w:rsidR="0068641A" w:rsidRPr="008D2F90" w:rsidRDefault="008642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D2F90">
        <w:rPr>
          <w:rFonts w:ascii="Times New Roman" w:hAnsi="Times New Roman" w:cs="Times New Roman"/>
          <w:sz w:val="28"/>
          <w:szCs w:val="28"/>
          <w:lang w:val="ru-RU"/>
        </w:rPr>
        <w:t>Имя: ______________________________</w:t>
      </w:r>
    </w:p>
    <w:p w14:paraId="1038B400" w14:textId="77777777" w:rsidR="0068641A" w:rsidRPr="008D2F90" w:rsidRDefault="008642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D2F90">
        <w:rPr>
          <w:rFonts w:ascii="Times New Roman" w:hAnsi="Times New Roman" w:cs="Times New Roman"/>
          <w:sz w:val="28"/>
          <w:szCs w:val="28"/>
          <w:lang w:val="ru-RU"/>
        </w:rPr>
        <w:t xml:space="preserve">Миссия 1. Я назвал(а) класс животного: </w:t>
      </w:r>
      <w:r w:rsidRPr="008D2F90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8D2F90">
        <w:rPr>
          <w:rFonts w:ascii="Times New Roman" w:hAnsi="Times New Roman" w:cs="Times New Roman"/>
          <w:sz w:val="28"/>
          <w:szCs w:val="28"/>
          <w:lang w:val="ru-RU"/>
        </w:rPr>
        <w:t xml:space="preserve"> получилось </w:t>
      </w:r>
      <w:r w:rsidRPr="008D2F90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8D2F90">
        <w:rPr>
          <w:rFonts w:ascii="Times New Roman" w:hAnsi="Times New Roman" w:cs="Times New Roman"/>
          <w:sz w:val="28"/>
          <w:szCs w:val="28"/>
          <w:lang w:val="ru-RU"/>
        </w:rPr>
        <w:t xml:space="preserve"> нужна помощь</w:t>
      </w:r>
    </w:p>
    <w:p w14:paraId="6A5E30E0" w14:textId="77777777" w:rsidR="0068641A" w:rsidRPr="008D2F90" w:rsidRDefault="008642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D2F90">
        <w:rPr>
          <w:rFonts w:ascii="Times New Roman" w:hAnsi="Times New Roman" w:cs="Times New Roman"/>
          <w:sz w:val="28"/>
          <w:szCs w:val="28"/>
          <w:lang w:val="ru-RU"/>
        </w:rPr>
        <w:t xml:space="preserve">Миссия 2. Я нашёл(ла) признак: </w:t>
      </w:r>
      <w:r w:rsidRPr="008D2F90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8D2F90">
        <w:rPr>
          <w:rFonts w:ascii="Times New Roman" w:hAnsi="Times New Roman" w:cs="Times New Roman"/>
          <w:sz w:val="28"/>
          <w:szCs w:val="28"/>
          <w:lang w:val="ru-RU"/>
        </w:rPr>
        <w:t xml:space="preserve"> получилось </w:t>
      </w:r>
      <w:r w:rsidRPr="008D2F90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8D2F90">
        <w:rPr>
          <w:rFonts w:ascii="Times New Roman" w:hAnsi="Times New Roman" w:cs="Times New Roman"/>
          <w:sz w:val="28"/>
          <w:szCs w:val="28"/>
          <w:lang w:val="ru-RU"/>
        </w:rPr>
        <w:t xml:space="preserve"> нужна помощь</w:t>
      </w:r>
    </w:p>
    <w:p w14:paraId="3A85E927" w14:textId="77777777" w:rsidR="0068641A" w:rsidRPr="008D2F90" w:rsidRDefault="008642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D2F90">
        <w:rPr>
          <w:rFonts w:ascii="Times New Roman" w:hAnsi="Times New Roman" w:cs="Times New Roman"/>
          <w:sz w:val="28"/>
          <w:szCs w:val="28"/>
          <w:lang w:val="ru-RU"/>
        </w:rPr>
        <w:t xml:space="preserve">Миссия 3. Я объяснил(а), как появляется малыш: </w:t>
      </w:r>
      <w:r w:rsidRPr="008D2F90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8D2F90">
        <w:rPr>
          <w:rFonts w:ascii="Times New Roman" w:hAnsi="Times New Roman" w:cs="Times New Roman"/>
          <w:sz w:val="28"/>
          <w:szCs w:val="28"/>
          <w:lang w:val="ru-RU"/>
        </w:rPr>
        <w:t xml:space="preserve"> получилось </w:t>
      </w:r>
      <w:r w:rsidRPr="008D2F90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8D2F90">
        <w:rPr>
          <w:rFonts w:ascii="Times New Roman" w:hAnsi="Times New Roman" w:cs="Times New Roman"/>
          <w:sz w:val="28"/>
          <w:szCs w:val="28"/>
          <w:lang w:val="ru-RU"/>
        </w:rPr>
        <w:t xml:space="preserve"> нужна помощь</w:t>
      </w:r>
    </w:p>
    <w:p w14:paraId="3E4E4699" w14:textId="77777777" w:rsidR="0068641A" w:rsidRPr="008D2F90" w:rsidRDefault="008642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D2F90">
        <w:rPr>
          <w:rFonts w:ascii="Times New Roman" w:hAnsi="Times New Roman" w:cs="Times New Roman"/>
          <w:sz w:val="28"/>
          <w:szCs w:val="28"/>
          <w:lang w:val="ru-RU"/>
        </w:rPr>
        <w:t>Сегодня я узнал(а): __________________________________________________</w:t>
      </w:r>
    </w:p>
    <w:p w14:paraId="5BF735B8" w14:textId="77777777" w:rsidR="0068641A" w:rsidRPr="008D2F90" w:rsidRDefault="008642AC">
      <w:pPr>
        <w:pStyle w:val="1"/>
        <w:rPr>
          <w:rFonts w:ascii="Times New Roman" w:hAnsi="Times New Roman" w:cs="Times New Roman"/>
          <w:lang w:val="ru-RU"/>
        </w:rPr>
      </w:pPr>
      <w:r w:rsidRPr="008D2F90">
        <w:rPr>
          <w:rFonts w:ascii="Times New Roman" w:hAnsi="Times New Roman" w:cs="Times New Roman"/>
          <w:lang w:val="ru-RU"/>
        </w:rPr>
        <w:t>Приложение 3. Доступная система оценивания</w:t>
      </w:r>
    </w:p>
    <w:p w14:paraId="35D4C164" w14:textId="77777777" w:rsidR="0068641A" w:rsidRPr="008D2F90" w:rsidRDefault="008642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D2F90">
        <w:rPr>
          <w:rFonts w:ascii="Times New Roman" w:hAnsi="Times New Roman" w:cs="Times New Roman"/>
          <w:sz w:val="28"/>
          <w:szCs w:val="28"/>
          <w:lang w:val="ru-RU"/>
        </w:rPr>
        <w:t>Оценивание проводится по коротким наблюдаемым действиям. Не требуется оценивать скорость чтения или длину ответа. Допускаются устный ответ, выбор картинки, указание на признак или ответ с опорой на речевой шаблон.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570"/>
        <w:gridCol w:w="3570"/>
        <w:gridCol w:w="3570"/>
      </w:tblGrid>
      <w:tr w:rsidR="0068641A" w:rsidRPr="008D2F90" w14:paraId="6974C59D" w14:textId="77777777">
        <w:tc>
          <w:tcPr>
            <w:tcW w:w="3570" w:type="dxa"/>
            <w:shd w:val="clear" w:color="auto" w:fill="007080"/>
          </w:tcPr>
          <w:p w14:paraId="3E0BE23C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Что оцениваем</w:t>
            </w:r>
          </w:p>
        </w:tc>
        <w:tc>
          <w:tcPr>
            <w:tcW w:w="3570" w:type="dxa"/>
            <w:shd w:val="clear" w:color="auto" w:fill="007080"/>
          </w:tcPr>
          <w:p w14:paraId="68F2E785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Дескриптор</w:t>
            </w:r>
          </w:p>
        </w:tc>
        <w:tc>
          <w:tcPr>
            <w:tcW w:w="3570" w:type="dxa"/>
            <w:shd w:val="clear" w:color="auto" w:fill="007080"/>
          </w:tcPr>
          <w:p w14:paraId="49A8BD58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Отметка учителя</w:t>
            </w:r>
          </w:p>
        </w:tc>
      </w:tr>
      <w:tr w:rsidR="0068641A" w:rsidRPr="008D2F90" w14:paraId="559EBC50" w14:textId="77777777">
        <w:tc>
          <w:tcPr>
            <w:tcW w:w="3570" w:type="dxa"/>
          </w:tcPr>
          <w:p w14:paraId="3FCE0069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</w:rPr>
              <w:t>Распознавание классов</w:t>
            </w:r>
          </w:p>
        </w:tc>
        <w:tc>
          <w:tcPr>
            <w:tcW w:w="3570" w:type="dxa"/>
          </w:tcPr>
          <w:p w14:paraId="5CF296F5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Соотносит животное с классом по картинке.</w:t>
            </w:r>
          </w:p>
        </w:tc>
        <w:tc>
          <w:tcPr>
            <w:tcW w:w="3570" w:type="dxa"/>
          </w:tcPr>
          <w:p w14:paraId="61961489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8D2F90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 </w:t>
            </w:r>
            <w:r w:rsidRPr="008D2F9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8D2F90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</w:t>
            </w:r>
          </w:p>
        </w:tc>
      </w:tr>
      <w:tr w:rsidR="0068641A" w:rsidRPr="008D2F90" w14:paraId="555A2FDD" w14:textId="77777777">
        <w:tc>
          <w:tcPr>
            <w:tcW w:w="3570" w:type="dxa"/>
          </w:tcPr>
          <w:p w14:paraId="45AB1C28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</w:rPr>
              <w:t>Признаки</w:t>
            </w:r>
          </w:p>
        </w:tc>
        <w:tc>
          <w:tcPr>
            <w:tcW w:w="3570" w:type="dxa"/>
          </w:tcPr>
          <w:p w14:paraId="5064153A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Называет хотя бы один характерный признак.</w:t>
            </w:r>
          </w:p>
        </w:tc>
        <w:tc>
          <w:tcPr>
            <w:tcW w:w="3570" w:type="dxa"/>
          </w:tcPr>
          <w:p w14:paraId="2A8F4516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8D2F90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 </w:t>
            </w:r>
            <w:r w:rsidRPr="008D2F9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8D2F90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</w:t>
            </w:r>
          </w:p>
        </w:tc>
      </w:tr>
      <w:tr w:rsidR="0068641A" w:rsidRPr="008D2F90" w14:paraId="6FBC8859" w14:textId="77777777">
        <w:tc>
          <w:tcPr>
            <w:tcW w:w="3570" w:type="dxa"/>
          </w:tcPr>
          <w:p w14:paraId="7FEB0713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</w:rPr>
              <w:t>Размножение</w:t>
            </w:r>
          </w:p>
        </w:tc>
        <w:tc>
          <w:tcPr>
            <w:tcW w:w="3570" w:type="dxa"/>
          </w:tcPr>
          <w:p w14:paraId="767B6347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Правильно соотносит пример с рождением живого детёныша, яйцом или икрой.</w:t>
            </w:r>
          </w:p>
        </w:tc>
        <w:tc>
          <w:tcPr>
            <w:tcW w:w="3570" w:type="dxa"/>
          </w:tcPr>
          <w:p w14:paraId="769C92E6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8D2F90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 </w:t>
            </w:r>
            <w:r w:rsidRPr="008D2F9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8D2F90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</w:t>
            </w:r>
          </w:p>
        </w:tc>
      </w:tr>
      <w:tr w:rsidR="0068641A" w:rsidRPr="008D2F90" w14:paraId="338C0EA6" w14:textId="77777777">
        <w:tc>
          <w:tcPr>
            <w:tcW w:w="3570" w:type="dxa"/>
          </w:tcPr>
          <w:p w14:paraId="2EC7B5D8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</w:rPr>
              <w:t>Объяснение</w:t>
            </w:r>
          </w:p>
        </w:tc>
        <w:tc>
          <w:tcPr>
            <w:tcW w:w="3570" w:type="dxa"/>
          </w:tcPr>
          <w:p w14:paraId="3E97EE85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2F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Использует фразу «Я думаю так, потому что…».</w:t>
            </w:r>
          </w:p>
        </w:tc>
        <w:tc>
          <w:tcPr>
            <w:tcW w:w="3570" w:type="dxa"/>
          </w:tcPr>
          <w:p w14:paraId="65A62FFE" w14:textId="77777777" w:rsidR="0068641A" w:rsidRPr="008D2F90" w:rsidRDefault="008642AC">
            <w:pPr>
              <w:spacing w:before="20"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8D2F90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 </w:t>
            </w:r>
            <w:r w:rsidRPr="008D2F90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8D2F90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</w:t>
            </w:r>
          </w:p>
        </w:tc>
      </w:tr>
    </w:tbl>
    <w:p w14:paraId="1F1AB4F2" w14:textId="77777777" w:rsidR="0068641A" w:rsidRPr="008D2F90" w:rsidRDefault="008642AC">
      <w:pPr>
        <w:pStyle w:val="1"/>
        <w:rPr>
          <w:rFonts w:ascii="Times New Roman" w:hAnsi="Times New Roman" w:cs="Times New Roman"/>
        </w:rPr>
      </w:pPr>
      <w:r w:rsidRPr="008D2F90">
        <w:rPr>
          <w:rFonts w:ascii="Times New Roman" w:hAnsi="Times New Roman" w:cs="Times New Roman"/>
        </w:rPr>
        <w:lastRenderedPageBreak/>
        <w:t>Дифференциация</w:t>
      </w:r>
    </w:p>
    <w:p w14:paraId="5E9C7C0F" w14:textId="77777777" w:rsidR="0068641A" w:rsidRPr="008D2F90" w:rsidRDefault="008642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D2F90">
        <w:rPr>
          <w:rFonts w:ascii="Times New Roman" w:hAnsi="Times New Roman" w:cs="Times New Roman"/>
          <w:sz w:val="28"/>
          <w:szCs w:val="28"/>
          <w:lang w:val="ru-RU"/>
        </w:rPr>
        <w:t>Поддержка: картинки вместо длинного текста; выбор из двух вариантов; подсказка-символ; ответ по шаблону «Это …, потому что …».</w:t>
      </w:r>
    </w:p>
    <w:p w14:paraId="3450249D" w14:textId="77777777" w:rsidR="0068641A" w:rsidRPr="008D2F90" w:rsidRDefault="008642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D2F90">
        <w:rPr>
          <w:rFonts w:ascii="Times New Roman" w:hAnsi="Times New Roman" w:cs="Times New Roman"/>
          <w:sz w:val="28"/>
          <w:szCs w:val="28"/>
          <w:lang w:val="ru-RU"/>
        </w:rPr>
        <w:t>Усложнение: сравнить двух животных и объяснить, почему они относятся к разным классам; найти ошибку ЗООБОТА и привести доказательство.</w:t>
      </w:r>
    </w:p>
    <w:p w14:paraId="01997AB9" w14:textId="77777777" w:rsidR="0068641A" w:rsidRPr="008D2F90" w:rsidRDefault="008642AC">
      <w:pPr>
        <w:pStyle w:val="1"/>
        <w:rPr>
          <w:rFonts w:ascii="Times New Roman" w:hAnsi="Times New Roman" w:cs="Times New Roman"/>
          <w:lang w:val="ru-RU"/>
        </w:rPr>
      </w:pPr>
      <w:r w:rsidRPr="008D2F90">
        <w:rPr>
          <w:rFonts w:ascii="Times New Roman" w:hAnsi="Times New Roman" w:cs="Times New Roman"/>
          <w:lang w:val="ru-RU"/>
        </w:rPr>
        <w:t>Домашнее задание</w:t>
      </w:r>
    </w:p>
    <w:p w14:paraId="7805BCF5" w14:textId="77777777" w:rsidR="0068641A" w:rsidRPr="008D2F90" w:rsidRDefault="008642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D2F90">
        <w:rPr>
          <w:rFonts w:ascii="Times New Roman" w:hAnsi="Times New Roman" w:cs="Times New Roman"/>
          <w:sz w:val="28"/>
          <w:szCs w:val="28"/>
          <w:lang w:val="ru-RU"/>
        </w:rPr>
        <w:t>Нарисовать одно животное Казахстана. Подписать его класс и один характерный признак. Устно рассказать, как появляется его потомство. По желанию — подготовить мини-паспорт животного.</w:t>
      </w:r>
    </w:p>
    <w:sectPr w:rsidR="0068641A" w:rsidRPr="008D2F90" w:rsidSect="00B65982">
      <w:footerReference w:type="default" r:id="rId13"/>
      <w:pgSz w:w="12240" w:h="15840"/>
      <w:pgMar w:top="142" w:right="333" w:bottom="426" w:left="426" w:header="720" w:footer="3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9AD98" w14:textId="77777777" w:rsidR="003B018E" w:rsidRDefault="003B018E">
      <w:pPr>
        <w:spacing w:after="0" w:line="240" w:lineRule="auto"/>
      </w:pPr>
      <w:r>
        <w:separator/>
      </w:r>
    </w:p>
  </w:endnote>
  <w:endnote w:type="continuationSeparator" w:id="0">
    <w:p w14:paraId="5E61FFBE" w14:textId="77777777" w:rsidR="003B018E" w:rsidRDefault="003B0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7AC59" w14:textId="54739139" w:rsidR="0068641A" w:rsidRPr="005C6D67" w:rsidRDefault="0068641A">
    <w:pPr>
      <w:pStyle w:val="a7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132F5" w14:textId="77777777" w:rsidR="003B018E" w:rsidRDefault="003B018E">
      <w:pPr>
        <w:spacing w:after="0" w:line="240" w:lineRule="auto"/>
      </w:pPr>
      <w:r>
        <w:separator/>
      </w:r>
    </w:p>
  </w:footnote>
  <w:footnote w:type="continuationSeparator" w:id="0">
    <w:p w14:paraId="6627A32F" w14:textId="77777777" w:rsidR="003B018E" w:rsidRDefault="003B01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943409"/>
    <w:multiLevelType w:val="multilevel"/>
    <w:tmpl w:val="16AAF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24675"/>
    <w:multiLevelType w:val="hybridMultilevel"/>
    <w:tmpl w:val="5FEE91F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853309">
    <w:abstractNumId w:val="8"/>
  </w:num>
  <w:num w:numId="2" w16cid:durableId="1003363752">
    <w:abstractNumId w:val="6"/>
  </w:num>
  <w:num w:numId="3" w16cid:durableId="1526744527">
    <w:abstractNumId w:val="5"/>
  </w:num>
  <w:num w:numId="4" w16cid:durableId="1957449433">
    <w:abstractNumId w:val="4"/>
  </w:num>
  <w:num w:numId="5" w16cid:durableId="551813497">
    <w:abstractNumId w:val="7"/>
  </w:num>
  <w:num w:numId="6" w16cid:durableId="1341618966">
    <w:abstractNumId w:val="3"/>
  </w:num>
  <w:num w:numId="7" w16cid:durableId="623195772">
    <w:abstractNumId w:val="2"/>
  </w:num>
  <w:num w:numId="8" w16cid:durableId="1993832803">
    <w:abstractNumId w:val="1"/>
  </w:num>
  <w:num w:numId="9" w16cid:durableId="1812408362">
    <w:abstractNumId w:val="0"/>
  </w:num>
  <w:num w:numId="10" w16cid:durableId="1130325490">
    <w:abstractNumId w:val="9"/>
  </w:num>
  <w:num w:numId="11" w16cid:durableId="10539661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FBF"/>
    <w:rsid w:val="0006063C"/>
    <w:rsid w:val="0009319F"/>
    <w:rsid w:val="000D39E3"/>
    <w:rsid w:val="000F4876"/>
    <w:rsid w:val="0015074B"/>
    <w:rsid w:val="00225C2D"/>
    <w:rsid w:val="0029639D"/>
    <w:rsid w:val="00326F90"/>
    <w:rsid w:val="003A1F7E"/>
    <w:rsid w:val="003B018E"/>
    <w:rsid w:val="003D5A38"/>
    <w:rsid w:val="004402A6"/>
    <w:rsid w:val="00441668"/>
    <w:rsid w:val="00455E12"/>
    <w:rsid w:val="005675F8"/>
    <w:rsid w:val="00580159"/>
    <w:rsid w:val="005C6D67"/>
    <w:rsid w:val="0068641A"/>
    <w:rsid w:val="00853300"/>
    <w:rsid w:val="008642AC"/>
    <w:rsid w:val="008B7D04"/>
    <w:rsid w:val="008D2F90"/>
    <w:rsid w:val="00950E72"/>
    <w:rsid w:val="00AA1D8D"/>
    <w:rsid w:val="00B47730"/>
    <w:rsid w:val="00B65982"/>
    <w:rsid w:val="00BD2039"/>
    <w:rsid w:val="00BD5465"/>
    <w:rsid w:val="00C7047D"/>
    <w:rsid w:val="00CB0664"/>
    <w:rsid w:val="00CB0E94"/>
    <w:rsid w:val="00D06034"/>
    <w:rsid w:val="00D1638F"/>
    <w:rsid w:val="00E26A7A"/>
    <w:rsid w:val="00F06ADF"/>
    <w:rsid w:val="00FC693F"/>
    <w:rsid w:val="00FD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2434A3F"/>
  <w14:defaultImageDpi w14:val="300"/>
  <w15:docId w15:val="{7EF30B01-C363-44A5-873B-661D5B6AF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/>
    </w:pPr>
    <w:rPr>
      <w:rFonts w:ascii="Arial" w:eastAsia="Arial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7080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2298</Words>
  <Characters>13102</Characters>
  <Application>Microsoft Office Word</Application>
  <DocSecurity>0</DocSecurity>
  <Lines>109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15370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LudmilaPC</cp:lastModifiedBy>
  <cp:revision>9</cp:revision>
  <cp:lastPrinted>2026-10-18T16:32:00Z</cp:lastPrinted>
  <dcterms:created xsi:type="dcterms:W3CDTF">2026-10-17T21:46:00Z</dcterms:created>
  <dcterms:modified xsi:type="dcterms:W3CDTF">2026-10-22T16:42:00Z</dcterms:modified>
  <cp:category/>
</cp:coreProperties>
</file>